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C5C581" w14:textId="77777777" w:rsidR="006C4B7E" w:rsidRDefault="00000000">
      <w:r>
        <w:rPr>
          <w:b/>
          <w:color w:val="007E83"/>
          <w:sz w:val="20"/>
        </w:rPr>
        <w:t>SCRATCH  /  PRIMAIRE</w:t>
      </w:r>
    </w:p>
    <w:p w14:paraId="5E369D29" w14:textId="77777777" w:rsidR="006C4B7E" w:rsidRDefault="00000000">
      <w:pPr>
        <w:pStyle w:val="Title"/>
      </w:pPr>
      <w:r>
        <w:t>Mission Cristal</w:t>
      </w:r>
    </w:p>
    <w:p w14:paraId="703820AF" w14:textId="77777777" w:rsidR="006C4B7E" w:rsidRDefault="00000000">
      <w:r>
        <w:t>Crée ton jeu de collecte et fais-le essayer à un autre groupe.</w:t>
      </w:r>
    </w:p>
    <w:p w14:paraId="344ABDE7" w14:textId="77777777" w:rsidR="006C4B7E" w:rsidRDefault="00000000">
      <w:r>
        <w:rPr>
          <w:noProof/>
        </w:rPr>
        <w:drawing>
          <wp:inline distT="0" distB="0" distL="0" distR="0" wp14:anchorId="3B9059BC" wp14:editId="2BCF5837">
            <wp:extent cx="6263999" cy="332657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ssion_ar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326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42926" w14:textId="77777777" w:rsidR="006C4B7E" w:rsidRDefault="00000000">
      <w:pPr>
        <w:pStyle w:val="Heading1"/>
      </w:pPr>
      <w:r>
        <w:t>Ton objectif</w:t>
      </w:r>
    </w:p>
    <w:p w14:paraId="478B75AA" w14:textId="77777777" w:rsidR="006C4B7E" w:rsidRDefault="00000000">
      <w:r>
        <w:rPr>
          <w:sz w:val="24"/>
        </w:rPr>
        <w:t>Aide le chat Scratch à ramasser 5 cristaux ! À chaque cristal attrapé, ton score augmente et le cristal change de place.</w:t>
      </w:r>
    </w:p>
    <w:p w14:paraId="4C2DD2F3" w14:textId="77777777" w:rsidR="006C4B7E" w:rsidRDefault="00000000">
      <w:pPr>
        <w:pStyle w:val="Heading2"/>
      </w:pPr>
      <w:r>
        <w:t>1   Bouge</w:t>
      </w:r>
    </w:p>
    <w:p w14:paraId="1502861A" w14:textId="77777777" w:rsidR="006C4B7E" w:rsidRDefault="00000000">
      <w:r>
        <w:t>Déplace le chat Scratch avec les quatre flèches.</w:t>
      </w:r>
    </w:p>
    <w:p w14:paraId="1CDF5469" w14:textId="77777777" w:rsidR="006C4B7E" w:rsidRDefault="00000000">
      <w:pPr>
        <w:pStyle w:val="Heading2"/>
      </w:pPr>
      <w:r>
        <w:t>2   Ramasse</w:t>
      </w:r>
    </w:p>
    <w:p w14:paraId="3EB60621" w14:textId="77777777" w:rsidR="006C4B7E" w:rsidRDefault="00000000">
      <w:r>
        <w:t>Un cristal touché = 1 point. Il réapparaît ailleurs.</w:t>
      </w:r>
    </w:p>
    <w:p w14:paraId="6815EC7D" w14:textId="77777777" w:rsidR="006C4B7E" w:rsidRDefault="00000000">
      <w:pPr>
        <w:pStyle w:val="Heading2"/>
      </w:pPr>
      <w:r>
        <w:t>3   Gagne</w:t>
      </w:r>
    </w:p>
    <w:p w14:paraId="2C1E62B6" w14:textId="77777777" w:rsidR="006C4B7E" w:rsidRDefault="00000000">
      <w:r>
        <w:t>À 5 points, Scratch dit « Bravo ! » et le jeu s’arrête.</w:t>
      </w:r>
    </w:p>
    <w:p w14:paraId="24BD97CA" w14:textId="77777777" w:rsidR="006C4B7E" w:rsidRDefault="00000000">
      <w:pPr>
        <w:pStyle w:val="Heading2"/>
      </w:pPr>
      <w:r>
        <w:t>4   Rejoue</w:t>
      </w:r>
    </w:p>
    <w:p w14:paraId="1874F8A7" w14:textId="77777777" w:rsidR="006C4B7E" w:rsidRDefault="00000000">
      <w:r>
        <w:t>Le drapeau vert remet le score à 0 et relance la partie.</w:t>
      </w:r>
    </w:p>
    <w:p w14:paraId="5A73D118" w14:textId="77777777" w:rsidR="006C4B7E" w:rsidRDefault="00000000">
      <w:r>
        <w:br w:type="page"/>
      </w:r>
    </w:p>
    <w:p w14:paraId="282968ED" w14:textId="77777777" w:rsidR="006C4B7E" w:rsidRDefault="00000000">
      <w:r>
        <w:rPr>
          <w:b/>
          <w:color w:val="007E83"/>
          <w:sz w:val="20"/>
        </w:rPr>
        <w:lastRenderedPageBreak/>
        <w:t>SCRATCH  /  PRIMAIRE</w:t>
      </w:r>
    </w:p>
    <w:p w14:paraId="57AB1274" w14:textId="77777777" w:rsidR="006C4B7E" w:rsidRDefault="00000000">
      <w:pPr>
        <w:pStyle w:val="Title"/>
      </w:pPr>
      <w:r>
        <w:t>Prépare ton projet</w:t>
      </w:r>
    </w:p>
    <w:p w14:paraId="58EFDB7C" w14:textId="77777777" w:rsidR="006C4B7E" w:rsidRDefault="00000000">
      <w:r>
        <w:t>Un lutin est un personnage ou un objet que tu peux programmer.</w:t>
      </w:r>
    </w:p>
    <w:p w14:paraId="04C3FABE" w14:textId="77777777" w:rsidR="006C4B7E" w:rsidRDefault="00000000">
      <w:pPr>
        <w:pStyle w:val="Heading1"/>
      </w:pPr>
      <w:r>
        <w:t>1   Garde le chat Scratch</w:t>
      </w:r>
    </w:p>
    <w:p w14:paraId="6D770491" w14:textId="77777777" w:rsidR="006C4B7E" w:rsidRDefault="00000000">
      <w:r>
        <w:t>Sous la scène, clique sur la petite image du chat. Dans son champ de nom, écris Chat. Ce nom apparaîtra dans les menus des blocs.</w:t>
      </w:r>
    </w:p>
    <w:p w14:paraId="09F71BB3" w14:textId="77777777" w:rsidR="006C4B7E" w:rsidRDefault="00000000">
      <w:r>
        <w:rPr>
          <w:noProof/>
        </w:rPr>
        <w:drawing>
          <wp:inline distT="0" distB="0" distL="0" distR="0" wp14:anchorId="4C78046E" wp14:editId="334ED09F">
            <wp:extent cx="3240000" cy="83283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832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E6097" w14:textId="77777777" w:rsidR="006C4B7E" w:rsidRDefault="00000000">
      <w:r>
        <w:rPr>
          <w:sz w:val="18"/>
        </w:rPr>
        <w:t>Le nom se change dans ce champ, à côté de « Sprite ».</w:t>
      </w:r>
    </w:p>
    <w:p w14:paraId="3EFC7465" w14:textId="77777777" w:rsidR="006C4B7E" w:rsidRDefault="00000000">
      <w:pPr>
        <w:pStyle w:val="Heading1"/>
      </w:pPr>
      <w:r>
        <w:t>2   Dessine ton cristal</w:t>
      </w:r>
    </w:p>
    <w:p w14:paraId="760A23F9" w14:textId="77777777" w:rsidR="006C4B7E" w:rsidRDefault="00000000">
      <w:r>
        <w:t>En bas à droite, survole le bouton avec un petit chat et un +, puis clique sur le pinceau. Dans Costumes, dessine un losange coloré avec Ligne ou Pinceau. Appelle ce lutin Cristal.</w:t>
      </w:r>
    </w:p>
    <w:p w14:paraId="7E130D20" w14:textId="77777777" w:rsidR="006C4B7E" w:rsidRDefault="00000000">
      <w:r>
        <w:rPr>
          <w:noProof/>
        </w:rPr>
        <w:drawing>
          <wp:inline distT="0" distB="0" distL="0" distR="0" wp14:anchorId="71A62360" wp14:editId="0DA7FBE2">
            <wp:extent cx="2664000" cy="85076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jou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85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B86A0" w14:textId="77777777" w:rsidR="006C4B7E" w:rsidRDefault="00000000">
      <w:r>
        <w:rPr>
          <w:sz w:val="18"/>
        </w:rPr>
        <w:t>Survole ce bouton pour faire apparaître le pinceau.</w:t>
      </w:r>
    </w:p>
    <w:p w14:paraId="559887A8" w14:textId="77777777" w:rsidR="006C4B7E" w:rsidRDefault="00000000">
      <w:pPr>
        <w:pStyle w:val="Heading1"/>
      </w:pPr>
      <w:r>
        <w:t>3   Crée le compteur de points</w:t>
      </w:r>
    </w:p>
    <w:p w14:paraId="57992893" w14:textId="77777777" w:rsidR="006C4B7E" w:rsidRDefault="00000000">
      <w:r>
        <w:t>Dans Code, clique sur Variables, puis sur « Créer une variable ». Écris Score, choisis « Pour tous les sprites » et valide. Coche Score pour afficher le compteur.</w:t>
      </w:r>
    </w:p>
    <w:p w14:paraId="29B66280" w14:textId="77777777" w:rsidR="006C4B7E" w:rsidRDefault="00000000">
      <w:r>
        <w:rPr>
          <w:noProof/>
        </w:rPr>
        <w:drawing>
          <wp:inline distT="0" distB="0" distL="0" distR="0" wp14:anchorId="0076D70F" wp14:editId="6A2518A3">
            <wp:extent cx="3600000" cy="84331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ariabl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84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D8CD5" w14:textId="77777777" w:rsidR="006C4B7E" w:rsidRDefault="00000000">
      <w:pPr>
        <w:pStyle w:val="Heading1"/>
      </w:pPr>
      <w:r>
        <w:t>4   Passe à la programmation</w:t>
      </w:r>
    </w:p>
    <w:p w14:paraId="3840BA65" w14:textId="77777777" w:rsidR="006C4B7E" w:rsidRDefault="00000000">
      <w:r>
        <w:t>Clique sur le bon lutin, puis sur Code. Fais glisser les blocs de gauche vers la zone centrale et accroche-les. Si un lutin est trop grand, réduis sa Taille sous la scène.</w:t>
      </w:r>
    </w:p>
    <w:p w14:paraId="263B8790" w14:textId="77777777" w:rsidR="006C4B7E" w:rsidRDefault="00000000">
      <w:r>
        <w:rPr>
          <w:sz w:val="18"/>
        </w:rPr>
        <w:t>Captures de repérage : les noms montrés sont ceux d’un autre exemple. Pour ton jeu, utilise Chat, Cristal et Score.</w:t>
      </w:r>
    </w:p>
    <w:p w14:paraId="54CC751B" w14:textId="77777777" w:rsidR="006C4B7E" w:rsidRDefault="00000000">
      <w:r>
        <w:rPr>
          <w:sz w:val="16"/>
        </w:rPr>
        <w:t>Source des captures : TECFA, Université de Genève — Exploration de Scratch.</w:t>
      </w:r>
      <w:hyperlink r:id="rId12">
        <w:r>
          <w:t xml:space="preserve"> Consulter la source</w:t>
        </w:r>
      </w:hyperlink>
    </w:p>
    <w:p w14:paraId="42B565D3" w14:textId="77777777" w:rsidR="006C4B7E" w:rsidRDefault="00000000">
      <w:r>
        <w:br w:type="page"/>
      </w:r>
    </w:p>
    <w:p w14:paraId="44102166" w14:textId="77777777" w:rsidR="006C4B7E" w:rsidRDefault="00000000">
      <w:r>
        <w:rPr>
          <w:b/>
          <w:color w:val="007E83"/>
          <w:sz w:val="20"/>
        </w:rPr>
        <w:lastRenderedPageBreak/>
        <w:t>SCRATCH  /  PRIMAIRE</w:t>
      </w:r>
    </w:p>
    <w:p w14:paraId="39DE266A" w14:textId="77777777" w:rsidR="006C4B7E" w:rsidRDefault="00000000">
      <w:pPr>
        <w:pStyle w:val="Title"/>
      </w:pPr>
      <w:r>
        <w:t>Fais bouger le chat</w:t>
      </w:r>
    </w:p>
    <w:p w14:paraId="1A747A9D" w14:textId="77777777" w:rsidR="006C4B7E" w:rsidRDefault="00000000">
      <w:r>
        <w:t>Clique sur le lutin Chat, puis assemble ce programme dans Code.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435"/>
        <w:gridCol w:w="3458"/>
      </w:tblGrid>
      <w:tr w:rsidR="006C4B7E" w14:paraId="670ABD74" w14:textId="77777777">
        <w:tc>
          <w:tcPr>
            <w:tcW w:w="6435" w:type="dxa"/>
          </w:tcPr>
          <w:p w14:paraId="0190A52B" w14:textId="77777777" w:rsidR="006C4B7E" w:rsidRDefault="00000000">
            <w:r>
              <w:rPr>
                <w:noProof/>
              </w:rPr>
              <w:drawing>
                <wp:inline distT="0" distB="0" distL="0" distR="0" wp14:anchorId="2C2F1C47" wp14:editId="265CA6C9">
                  <wp:extent cx="3870000" cy="7478514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ocs_cha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0000" cy="7478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8" w:type="dxa"/>
          </w:tcPr>
          <w:p w14:paraId="251D04B7" w14:textId="77777777" w:rsidR="006C4B7E" w:rsidRDefault="00000000">
            <w:pPr>
              <w:spacing w:before="140" w:after="80"/>
            </w:pPr>
            <w:r>
              <w:rPr>
                <w:b/>
                <w:color w:val="007E83"/>
              </w:rPr>
              <w:t>Au départ</w:t>
            </w:r>
          </w:p>
          <w:p w14:paraId="654AACC2" w14:textId="77777777" w:rsidR="006C4B7E" w:rsidRDefault="00000000">
            <w:pPr>
              <w:spacing w:after="140"/>
            </w:pPr>
            <w:r>
              <w:rPr>
                <w:sz w:val="21"/>
              </w:rPr>
              <w:t>Le drapeau vert lance le jeu. Score revient à 0. Le chat se place à gauche de la scène.</w:t>
            </w:r>
          </w:p>
          <w:p w14:paraId="7CD2705E" w14:textId="77777777" w:rsidR="006C4B7E" w:rsidRDefault="00000000">
            <w:pPr>
              <w:spacing w:before="140" w:after="80"/>
            </w:pPr>
            <w:r>
              <w:rPr>
                <w:b/>
                <w:color w:val="007E83"/>
              </w:rPr>
              <w:t>La grande boucle</w:t>
            </w:r>
          </w:p>
          <w:p w14:paraId="302DBF3C" w14:textId="77777777" w:rsidR="006C4B7E" w:rsidRDefault="00000000">
            <w:pPr>
              <w:spacing w:after="140"/>
            </w:pPr>
            <w:r>
              <w:rPr>
                <w:sz w:val="21"/>
              </w:rPr>
              <w:t>Dans Contrôle, prends « répéter jusqu’à ce que ». Elle contient les quatre blocs « si … alors ».</w:t>
            </w:r>
          </w:p>
          <w:p w14:paraId="660E28A7" w14:textId="77777777" w:rsidR="006C4B7E" w:rsidRDefault="00000000">
            <w:pPr>
              <w:spacing w:before="140" w:after="80"/>
            </w:pPr>
            <w:r>
              <w:rPr>
                <w:b/>
                <w:color w:val="007E83"/>
              </w:rPr>
              <w:t>Construis le test</w:t>
            </w:r>
          </w:p>
          <w:p w14:paraId="483A6FED" w14:textId="77777777" w:rsidR="006C4B7E" w:rsidRDefault="00000000">
            <w:pPr>
              <w:spacing w:after="140"/>
            </w:pPr>
            <w:r>
              <w:rPr>
                <w:sz w:val="21"/>
              </w:rPr>
              <w:t>Dans Opérateurs, prends le bloc vert « = ». Glisse le petit bloc rond Score à gauche et écris 5 à droite.</w:t>
            </w:r>
          </w:p>
          <w:p w14:paraId="04E4A819" w14:textId="77777777" w:rsidR="006C4B7E" w:rsidRDefault="00000000">
            <w:pPr>
              <w:spacing w:before="140" w:after="80"/>
            </w:pPr>
            <w:r>
              <w:rPr>
                <w:b/>
                <w:color w:val="007E83"/>
              </w:rPr>
              <w:t>Les quatre flèches</w:t>
            </w:r>
          </w:p>
          <w:p w14:paraId="5311881E" w14:textId="77777777" w:rsidR="006C4B7E" w:rsidRDefault="00000000">
            <w:pPr>
              <w:spacing w:after="140"/>
            </w:pPr>
            <w:r>
              <w:rPr>
                <w:sz w:val="21"/>
              </w:rPr>
              <w:t>Dans Capteurs, choisis « touche … pressée ? ». Place ce bloc dans chaque « si » et sélectionne la bonne flèche.</w:t>
            </w:r>
          </w:p>
          <w:p w14:paraId="629FDA36" w14:textId="77777777" w:rsidR="006C4B7E" w:rsidRDefault="00000000">
            <w:pPr>
              <w:spacing w:before="140" w:after="80"/>
            </w:pPr>
            <w:r>
              <w:rPr>
                <w:b/>
                <w:color w:val="007E83"/>
              </w:rPr>
              <w:t>Comprendre x et y</w:t>
            </w:r>
          </w:p>
          <w:p w14:paraId="2983385D" w14:textId="77777777" w:rsidR="006C4B7E" w:rsidRDefault="00000000">
            <w:pPr>
              <w:spacing w:after="140"/>
            </w:pPr>
            <w:r>
              <w:rPr>
                <w:sz w:val="21"/>
              </w:rPr>
              <w:t>x : droite ou gauche. y : haut ou bas. Le signe moins fait aller dans l’autre sens. Les blocs bleus sont dans Mouvement.</w:t>
            </w:r>
          </w:p>
          <w:p w14:paraId="2A160D18" w14:textId="77777777" w:rsidR="006C4B7E" w:rsidRDefault="00000000">
            <w:pPr>
              <w:spacing w:before="140" w:after="80"/>
            </w:pPr>
            <w:r>
              <w:rPr>
                <w:b/>
                <w:color w:val="007E83"/>
              </w:rPr>
              <w:t>Quand tu as 5 points</w:t>
            </w:r>
          </w:p>
          <w:p w14:paraId="2B012C3C" w14:textId="77777777" w:rsidR="006C4B7E" w:rsidRDefault="00000000">
            <w:pPr>
              <w:spacing w:after="140"/>
            </w:pPr>
            <w:r>
              <w:rPr>
                <w:sz w:val="21"/>
              </w:rPr>
              <w:t>La boucle se termine. Sous la boucle, place « dire » (Apparence), puis « stop tout » (Contrôle).</w:t>
            </w:r>
          </w:p>
        </w:tc>
      </w:tr>
    </w:tbl>
    <w:p w14:paraId="22130C2B" w14:textId="77777777" w:rsidR="006C4B7E" w:rsidRDefault="00000000">
      <w:r>
        <w:br w:type="page"/>
      </w:r>
    </w:p>
    <w:p w14:paraId="4FC69F38" w14:textId="77777777" w:rsidR="006C4B7E" w:rsidRDefault="00000000">
      <w:r>
        <w:rPr>
          <w:b/>
          <w:color w:val="007E83"/>
          <w:sz w:val="20"/>
        </w:rPr>
        <w:lastRenderedPageBreak/>
        <w:t>SCRATCH  /  PRIMAIRE</w:t>
      </w:r>
    </w:p>
    <w:p w14:paraId="11D6F9C5" w14:textId="77777777" w:rsidR="006C4B7E" w:rsidRDefault="00000000">
      <w:pPr>
        <w:pStyle w:val="Title"/>
      </w:pPr>
      <w:r>
        <w:t>Attrape les cristaux</w:t>
      </w:r>
    </w:p>
    <w:p w14:paraId="7F38A68C" w14:textId="77777777" w:rsidR="006C4B7E" w:rsidRDefault="00000000">
      <w:r>
        <w:t>Clique sur le lutin Cristal. C’est ici que tu construis ce programme.</w:t>
      </w:r>
    </w:p>
    <w:p w14:paraId="3B5A3A9A" w14:textId="77777777" w:rsidR="006C4B7E" w:rsidRDefault="00000000">
      <w:r>
        <w:rPr>
          <w:noProof/>
        </w:rPr>
        <w:drawing>
          <wp:inline distT="0" distB="0" distL="0" distR="0" wp14:anchorId="4B774270" wp14:editId="393C9F3A">
            <wp:extent cx="4356000" cy="40061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cs_crista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56000" cy="400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6F573" w14:textId="77777777" w:rsidR="006C4B7E" w:rsidRDefault="00000000">
      <w:pPr>
        <w:pStyle w:val="Heading2"/>
      </w:pPr>
      <w:r>
        <w:t>1   Détecte le contact</w:t>
      </w:r>
    </w:p>
    <w:p w14:paraId="4782E58A" w14:textId="77777777" w:rsidR="006C4B7E" w:rsidRDefault="00000000">
      <w:r>
        <w:rPr>
          <w:sz w:val="21"/>
        </w:rPr>
        <w:t>Dans Contrôle, la boucle « répéter indéfiniment » vérifie le contact tout le temps. Dans le « si », emboîte le capteur « touche le … ? » et choisis Chat dans son menu.</w:t>
      </w:r>
    </w:p>
    <w:p w14:paraId="03ACB1C8" w14:textId="77777777" w:rsidR="006C4B7E" w:rsidRDefault="00000000">
      <w:pPr>
        <w:pStyle w:val="Heading2"/>
      </w:pPr>
      <w:r>
        <w:t>2   Ajoute un seul point</w:t>
      </w:r>
    </w:p>
    <w:p w14:paraId="132D068C" w14:textId="77777777" w:rsidR="006C4B7E" w:rsidRDefault="00000000">
      <w:r>
        <w:rPr>
          <w:sz w:val="21"/>
        </w:rPr>
        <w:t>Dans Variables, prends « ajouter 1 à Score ». Ce bloc va à l’intérieur du « si ». Il s’exécute seulement quand le cristal touche le chat.</w:t>
      </w:r>
    </w:p>
    <w:p w14:paraId="4160E7E0" w14:textId="77777777" w:rsidR="006C4B7E" w:rsidRDefault="00000000">
      <w:pPr>
        <w:pStyle w:val="Heading2"/>
      </w:pPr>
      <w:r>
        <w:t>3   Fais réapparaître le cristal ailleurs</w:t>
      </w:r>
    </w:p>
    <w:p w14:paraId="3DAC4D00" w14:textId="77777777" w:rsidR="006C4B7E" w:rsidRDefault="00000000">
      <w:r>
        <w:rPr>
          <w:sz w:val="21"/>
        </w:rPr>
        <w:t>Dans Opérateurs, prends « non » et glisse le capteur « touche le Chat ? » dedans. Place le tout dans « répéter jusqu’à ce que ». À l’intérieur, ajoute « aller à position aléatoire » (Mouvement). Le cristal cherche une place où il ne touche plus le chat : cela évite de gagner plusieurs points au même endroit.</w:t>
      </w:r>
    </w:p>
    <w:p w14:paraId="1612BD90" w14:textId="77777777" w:rsidR="006C4B7E" w:rsidRDefault="00000000">
      <w:pPr>
        <w:pStyle w:val="Heading2"/>
      </w:pPr>
      <w:r>
        <w:t>À toi de tester</w:t>
      </w:r>
    </w:p>
    <w:p w14:paraId="67FEF881" w14:textId="77777777" w:rsidR="006C4B7E" w:rsidRDefault="00000000">
      <w:r>
        <w:rPr>
          <w:sz w:val="20"/>
        </w:rPr>
        <w:t>Clique sur le drapeau vert, ramasse 5 cristaux, puis relance. Le score doit repartir à 0. Si rien ne bouge, vérifie le lutin sélectionné et les blocs emboîtés.</w:t>
      </w:r>
    </w:p>
    <w:sectPr w:rsidR="006C4B7E" w:rsidSect="00034616">
      <w:footerReference w:type="default" r:id="rId15"/>
      <w:pgSz w:w="11906" w:h="16838"/>
      <w:pgMar w:top="822" w:right="964" w:bottom="79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E1B7EB" w14:textId="77777777" w:rsidR="005B775A" w:rsidRDefault="005B775A">
      <w:pPr>
        <w:spacing w:after="0" w:line="240" w:lineRule="auto"/>
      </w:pPr>
      <w:r>
        <w:separator/>
      </w:r>
    </w:p>
  </w:endnote>
  <w:endnote w:type="continuationSeparator" w:id="0">
    <w:p w14:paraId="4D273782" w14:textId="77777777" w:rsidR="005B775A" w:rsidRDefault="005B7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74276E" w14:textId="77777777" w:rsidR="006C4B7E" w:rsidRDefault="00000000">
    <w:pPr>
      <w:pStyle w:val="Footer"/>
      <w:jc w:val="right"/>
    </w:pPr>
    <w:r>
      <w:rPr>
        <w:sz w:val="16"/>
      </w:rPr>
      <w:t xml:space="preserve">MISSION </w:t>
    </w:r>
    <w:proofErr w:type="gramStart"/>
    <w:r>
      <w:rPr>
        <w:sz w:val="16"/>
      </w:rPr>
      <w:t>CRISTAL  •</w:t>
    </w:r>
    <w:proofErr w:type="gramEnd"/>
    <w:r>
      <w:rPr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5D589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127505" w14:textId="77777777" w:rsidR="005B775A" w:rsidRDefault="005B775A">
      <w:pPr>
        <w:spacing w:after="0" w:line="240" w:lineRule="auto"/>
      </w:pPr>
      <w:r>
        <w:separator/>
      </w:r>
    </w:p>
  </w:footnote>
  <w:footnote w:type="continuationSeparator" w:id="0">
    <w:p w14:paraId="3166CAD4" w14:textId="77777777" w:rsidR="005B775A" w:rsidRDefault="005B77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1090676">
    <w:abstractNumId w:val="8"/>
  </w:num>
  <w:num w:numId="2" w16cid:durableId="1164935160">
    <w:abstractNumId w:val="6"/>
  </w:num>
  <w:num w:numId="3" w16cid:durableId="29035171">
    <w:abstractNumId w:val="5"/>
  </w:num>
  <w:num w:numId="4" w16cid:durableId="1982735981">
    <w:abstractNumId w:val="4"/>
  </w:num>
  <w:num w:numId="5" w16cid:durableId="679745077">
    <w:abstractNumId w:val="7"/>
  </w:num>
  <w:num w:numId="6" w16cid:durableId="24910630">
    <w:abstractNumId w:val="3"/>
  </w:num>
  <w:num w:numId="7" w16cid:durableId="1913200628">
    <w:abstractNumId w:val="2"/>
  </w:num>
  <w:num w:numId="8" w16cid:durableId="2094617195">
    <w:abstractNumId w:val="1"/>
  </w:num>
  <w:num w:numId="9" w16cid:durableId="17991812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B775A"/>
    <w:rsid w:val="005D5897"/>
    <w:rsid w:val="006C4B7E"/>
    <w:rsid w:val="00AA1D8D"/>
    <w:rsid w:val="00B47730"/>
    <w:rsid w:val="00CB0664"/>
    <w:rsid w:val="00DE1D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298DAC"/>
  <w14:defaultImageDpi w14:val="300"/>
  <w15:docId w15:val="{646A44D4-7F90-C04D-B72B-D327393A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color w:val="17244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ecfaetu.unige.ch/etu-maltt/zelda/marraff9/stic-2/ex12/scratch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676</Words>
  <Characters>2925</Characters>
  <Application>Microsoft Office Word</Application>
  <DocSecurity>0</DocSecurity>
  <Lines>94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Mission Cristal — Guide pour les enfants</dc:title>
  <dc:subject/>
  <dc:creator>python-docx</dc:creator>
  <cp:keywords/>
  <dc:description>generated by python-docx</dc:description>
  <cp:lastModifiedBy>Sylvain Lopez</cp:lastModifiedBy>
  <cp:revision>2</cp:revision>
  <dcterms:created xsi:type="dcterms:W3CDTF">2026-09-11T06:22:00Z</dcterms:created>
  <dcterms:modified xsi:type="dcterms:W3CDTF">2026-09-11T06:22:00Z</dcterms:modified>
  <cp:category/>
</cp:coreProperties>
</file>