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C5C581" w14:textId="77777777" w:rsidR="006C4B7E" w:rsidRPr="00544DB4" w:rsidRDefault="00000000">
      <w:pPr>
        <w:rPr>
          <w:lang w:val="fr-FR"/>
        </w:rPr>
      </w:pPr>
      <w:proofErr w:type="gramStart"/>
      <w:r w:rsidRPr="00544DB4">
        <w:rPr>
          <w:b/>
          <w:color w:val="007E83"/>
          <w:sz w:val="20"/>
          <w:lang w:val="fr-FR"/>
        </w:rPr>
        <w:t>SCRATCH  /</w:t>
      </w:r>
      <w:proofErr w:type="gramEnd"/>
      <w:r w:rsidRPr="00544DB4">
        <w:rPr>
          <w:b/>
          <w:color w:val="007E83"/>
          <w:sz w:val="20"/>
          <w:lang w:val="fr-FR"/>
        </w:rPr>
        <w:t xml:space="preserve">  PRIMAIRE</w:t>
      </w:r>
    </w:p>
    <w:p w14:paraId="5E369D29" w14:textId="77777777" w:rsidR="006C4B7E" w:rsidRPr="00544DB4" w:rsidRDefault="00000000">
      <w:pPr>
        <w:pStyle w:val="Title"/>
        <w:rPr>
          <w:lang w:val="fr-FR"/>
        </w:rPr>
      </w:pPr>
      <w:r w:rsidRPr="00544DB4">
        <w:rPr>
          <w:lang w:val="fr-FR"/>
        </w:rPr>
        <w:t>Mission Cristal</w:t>
      </w:r>
    </w:p>
    <w:p w14:paraId="703820AF" w14:textId="77777777" w:rsidR="006C4B7E" w:rsidRPr="00544DB4" w:rsidRDefault="00000000">
      <w:pPr>
        <w:rPr>
          <w:lang w:val="fr-FR"/>
        </w:rPr>
      </w:pPr>
      <w:r w:rsidRPr="00544DB4">
        <w:rPr>
          <w:lang w:val="fr-FR"/>
        </w:rPr>
        <w:t>Crée ton jeu de collecte et fais-le essayer à un autre groupe.</w:t>
      </w:r>
    </w:p>
    <w:p w14:paraId="344ABDE7" w14:textId="77777777" w:rsidR="006C4B7E" w:rsidRDefault="00000000">
      <w:r>
        <w:rPr>
          <w:noProof/>
        </w:rPr>
        <w:drawing>
          <wp:inline distT="0" distB="0" distL="0" distR="0" wp14:anchorId="3B9059BC" wp14:editId="2BCF5837">
            <wp:extent cx="6263999" cy="33265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ssion_ar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326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2926" w14:textId="77777777" w:rsidR="006C4B7E" w:rsidRPr="00544DB4" w:rsidRDefault="00000000">
      <w:pPr>
        <w:pStyle w:val="Heading1"/>
        <w:rPr>
          <w:lang w:val="fr-FR"/>
        </w:rPr>
      </w:pPr>
      <w:r w:rsidRPr="00544DB4">
        <w:rPr>
          <w:lang w:val="fr-FR"/>
        </w:rPr>
        <w:t>Ton objectif</w:t>
      </w:r>
    </w:p>
    <w:p w14:paraId="478B75AA" w14:textId="77777777" w:rsidR="006C4B7E" w:rsidRPr="00544DB4" w:rsidRDefault="00000000">
      <w:pPr>
        <w:rPr>
          <w:lang w:val="fr-FR"/>
        </w:rPr>
      </w:pPr>
      <w:r w:rsidRPr="00544DB4">
        <w:rPr>
          <w:sz w:val="24"/>
          <w:lang w:val="fr-FR"/>
        </w:rPr>
        <w:t>Aide le chat Scratch à ramasser 5 cristaux ! À chaque cristal attrapé, ton score augmente et le cristal change de place.</w:t>
      </w:r>
    </w:p>
    <w:p w14:paraId="4C2DD2F3" w14:textId="77777777" w:rsidR="006C4B7E" w:rsidRPr="00544DB4" w:rsidRDefault="00000000">
      <w:pPr>
        <w:pStyle w:val="Heading2"/>
        <w:rPr>
          <w:lang w:val="fr-FR"/>
        </w:rPr>
      </w:pPr>
      <w:r w:rsidRPr="00544DB4">
        <w:rPr>
          <w:lang w:val="fr-FR"/>
        </w:rPr>
        <w:t>1   Bouge</w:t>
      </w:r>
    </w:p>
    <w:p w14:paraId="1502861A" w14:textId="77777777" w:rsidR="006C4B7E" w:rsidRPr="00544DB4" w:rsidRDefault="00000000">
      <w:pPr>
        <w:rPr>
          <w:lang w:val="fr-FR"/>
        </w:rPr>
      </w:pPr>
      <w:r w:rsidRPr="00544DB4">
        <w:rPr>
          <w:lang w:val="fr-FR"/>
        </w:rPr>
        <w:t>Déplace le chat Scratch avec les quatre flèches.</w:t>
      </w:r>
    </w:p>
    <w:p w14:paraId="1CDF5469" w14:textId="77777777" w:rsidR="006C4B7E" w:rsidRPr="00544DB4" w:rsidRDefault="00000000">
      <w:pPr>
        <w:pStyle w:val="Heading2"/>
        <w:rPr>
          <w:lang w:val="fr-FR"/>
        </w:rPr>
      </w:pPr>
      <w:r w:rsidRPr="00544DB4">
        <w:rPr>
          <w:lang w:val="fr-FR"/>
        </w:rPr>
        <w:t>2   Ramasse</w:t>
      </w:r>
    </w:p>
    <w:p w14:paraId="3EB60621" w14:textId="77777777" w:rsidR="006C4B7E" w:rsidRPr="00544DB4" w:rsidRDefault="00000000">
      <w:pPr>
        <w:rPr>
          <w:lang w:val="fr-FR"/>
        </w:rPr>
      </w:pPr>
      <w:r w:rsidRPr="00544DB4">
        <w:rPr>
          <w:lang w:val="fr-FR"/>
        </w:rPr>
        <w:t>Un cristal touché = 1 point. Il réapparaît ailleurs.</w:t>
      </w:r>
    </w:p>
    <w:p w14:paraId="6815EC7D" w14:textId="77777777" w:rsidR="006C4B7E" w:rsidRPr="00544DB4" w:rsidRDefault="00000000">
      <w:pPr>
        <w:pStyle w:val="Heading2"/>
        <w:rPr>
          <w:lang w:val="fr-FR"/>
        </w:rPr>
      </w:pPr>
      <w:r w:rsidRPr="00544DB4">
        <w:rPr>
          <w:lang w:val="fr-FR"/>
        </w:rPr>
        <w:t>3   Gagne</w:t>
      </w:r>
    </w:p>
    <w:p w14:paraId="2C1E62B6" w14:textId="77777777" w:rsidR="006C4B7E" w:rsidRPr="00544DB4" w:rsidRDefault="00000000">
      <w:pPr>
        <w:rPr>
          <w:lang w:val="fr-FR"/>
        </w:rPr>
      </w:pPr>
      <w:r w:rsidRPr="00544DB4">
        <w:rPr>
          <w:lang w:val="fr-FR"/>
        </w:rPr>
        <w:t>À 5 points, Scratch dit « Bravo ! » et le jeu s’arrête.</w:t>
      </w:r>
    </w:p>
    <w:p w14:paraId="24BD97CA" w14:textId="77777777" w:rsidR="006C4B7E" w:rsidRPr="00544DB4" w:rsidRDefault="00000000">
      <w:pPr>
        <w:pStyle w:val="Heading2"/>
        <w:rPr>
          <w:lang w:val="fr-FR"/>
        </w:rPr>
      </w:pPr>
      <w:r w:rsidRPr="00544DB4">
        <w:rPr>
          <w:lang w:val="fr-FR"/>
        </w:rPr>
        <w:t>4   Rejoue</w:t>
      </w:r>
    </w:p>
    <w:p w14:paraId="1874F8A7" w14:textId="77777777" w:rsidR="006C4B7E" w:rsidRPr="00544DB4" w:rsidRDefault="00000000">
      <w:pPr>
        <w:rPr>
          <w:lang w:val="fr-FR"/>
        </w:rPr>
      </w:pPr>
      <w:r w:rsidRPr="00544DB4">
        <w:rPr>
          <w:lang w:val="fr-FR"/>
        </w:rPr>
        <w:t>Le drapeau vert remet le score à 0 et relance la partie.</w:t>
      </w:r>
    </w:p>
    <w:p w14:paraId="5A73D118" w14:textId="77777777" w:rsidR="006C4B7E" w:rsidRPr="00544DB4" w:rsidRDefault="00000000">
      <w:pPr>
        <w:rPr>
          <w:lang w:val="fr-FR"/>
        </w:rPr>
      </w:pPr>
      <w:r w:rsidRPr="00544DB4">
        <w:rPr>
          <w:lang w:val="fr-FR"/>
        </w:rPr>
        <w:br w:type="page"/>
      </w:r>
    </w:p>
    <w:p w14:paraId="282968ED" w14:textId="77777777" w:rsidR="006C4B7E" w:rsidRPr="00544DB4" w:rsidRDefault="00000000">
      <w:pPr>
        <w:rPr>
          <w:lang w:val="fr-FR"/>
        </w:rPr>
      </w:pPr>
      <w:proofErr w:type="gramStart"/>
      <w:r w:rsidRPr="00544DB4">
        <w:rPr>
          <w:b/>
          <w:color w:val="007E83"/>
          <w:sz w:val="20"/>
          <w:lang w:val="fr-FR"/>
        </w:rPr>
        <w:lastRenderedPageBreak/>
        <w:t>SCRATCH  /</w:t>
      </w:r>
      <w:proofErr w:type="gramEnd"/>
      <w:r w:rsidRPr="00544DB4">
        <w:rPr>
          <w:b/>
          <w:color w:val="007E83"/>
          <w:sz w:val="20"/>
          <w:lang w:val="fr-FR"/>
        </w:rPr>
        <w:t xml:space="preserve">  PRIMAIRE</w:t>
      </w:r>
    </w:p>
    <w:p w14:paraId="57AB1274" w14:textId="77777777" w:rsidR="006C4B7E" w:rsidRPr="00544DB4" w:rsidRDefault="00000000">
      <w:pPr>
        <w:pStyle w:val="Title"/>
        <w:rPr>
          <w:lang w:val="fr-FR"/>
        </w:rPr>
      </w:pPr>
      <w:r w:rsidRPr="00544DB4">
        <w:rPr>
          <w:lang w:val="fr-FR"/>
        </w:rPr>
        <w:t>Prépare ton projet</w:t>
      </w:r>
    </w:p>
    <w:p w14:paraId="58EFDB7C" w14:textId="77777777" w:rsidR="006C4B7E" w:rsidRPr="00544DB4" w:rsidRDefault="00000000">
      <w:pPr>
        <w:rPr>
          <w:lang w:val="fr-FR"/>
        </w:rPr>
      </w:pPr>
      <w:r w:rsidRPr="00544DB4">
        <w:rPr>
          <w:lang w:val="fr-FR"/>
        </w:rPr>
        <w:t>Un lutin est un personnage ou un objet que tu peux programmer.</w:t>
      </w:r>
    </w:p>
    <w:p w14:paraId="04C3FABE" w14:textId="77777777" w:rsidR="006C4B7E" w:rsidRPr="00544DB4" w:rsidRDefault="00000000">
      <w:pPr>
        <w:pStyle w:val="Heading1"/>
        <w:rPr>
          <w:lang w:val="fr-FR"/>
        </w:rPr>
      </w:pPr>
      <w:r w:rsidRPr="00544DB4">
        <w:rPr>
          <w:lang w:val="fr-FR"/>
        </w:rPr>
        <w:t>1   Garde le chat Scratch</w:t>
      </w:r>
    </w:p>
    <w:p w14:paraId="6D770491" w14:textId="77777777" w:rsidR="006C4B7E" w:rsidRDefault="00000000">
      <w:r w:rsidRPr="00544DB4">
        <w:rPr>
          <w:lang w:val="fr-FR"/>
        </w:rPr>
        <w:t xml:space="preserve">Sous la scène, clique sur la petite image du chat. Dans son champ de nom, écris Chat. </w:t>
      </w:r>
      <w:r>
        <w:t xml:space="preserve">Ce nom </w:t>
      </w:r>
      <w:proofErr w:type="spellStart"/>
      <w:r>
        <w:t>apparaîtra</w:t>
      </w:r>
      <w:proofErr w:type="spellEnd"/>
      <w:r>
        <w:t xml:space="preserve"> dans les menus des blocs.</w:t>
      </w:r>
    </w:p>
    <w:p w14:paraId="09F71BB3" w14:textId="77777777" w:rsidR="006C4B7E" w:rsidRDefault="00000000">
      <w:r>
        <w:rPr>
          <w:noProof/>
        </w:rPr>
        <w:drawing>
          <wp:inline distT="0" distB="0" distL="0" distR="0" wp14:anchorId="4C78046E" wp14:editId="334ED09F">
            <wp:extent cx="3240000" cy="8328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83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E6097" w14:textId="77777777" w:rsidR="006C4B7E" w:rsidRPr="00544DB4" w:rsidRDefault="00000000">
      <w:pPr>
        <w:rPr>
          <w:lang w:val="fr-FR"/>
        </w:rPr>
      </w:pPr>
      <w:r w:rsidRPr="00544DB4">
        <w:rPr>
          <w:sz w:val="18"/>
          <w:lang w:val="fr-FR"/>
        </w:rPr>
        <w:t>Le nom se change dans ce champ, à côté de « Sprite ».</w:t>
      </w:r>
    </w:p>
    <w:p w14:paraId="3EFC7465" w14:textId="77777777" w:rsidR="006C4B7E" w:rsidRPr="00544DB4" w:rsidRDefault="00000000">
      <w:pPr>
        <w:pStyle w:val="Heading1"/>
        <w:rPr>
          <w:lang w:val="fr-FR"/>
        </w:rPr>
      </w:pPr>
      <w:r w:rsidRPr="00544DB4">
        <w:rPr>
          <w:lang w:val="fr-FR"/>
        </w:rPr>
        <w:t>2   Dessine ton cristal</w:t>
      </w:r>
    </w:p>
    <w:p w14:paraId="760A23F9" w14:textId="77777777" w:rsidR="006C4B7E" w:rsidRDefault="00000000">
      <w:r w:rsidRPr="00544DB4">
        <w:rPr>
          <w:lang w:val="fr-FR"/>
        </w:rPr>
        <w:t xml:space="preserve">En bas à droite, survole le bouton avec un petit chat et un +, puis clique sur le pinceau. Dans Costumes, dessine un losange coloré avec Ligne ou Pinceau. </w:t>
      </w:r>
      <w:proofErr w:type="spellStart"/>
      <w:r>
        <w:t>Appelle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lutin</w:t>
      </w:r>
      <w:proofErr w:type="spellEnd"/>
      <w:r>
        <w:t xml:space="preserve"> Cristal.</w:t>
      </w:r>
    </w:p>
    <w:p w14:paraId="7E130D20" w14:textId="77777777" w:rsidR="006C4B7E" w:rsidRDefault="00000000">
      <w:r>
        <w:rPr>
          <w:noProof/>
        </w:rPr>
        <w:drawing>
          <wp:inline distT="0" distB="0" distL="0" distR="0" wp14:anchorId="71A62360" wp14:editId="0DA7FBE2">
            <wp:extent cx="2664000" cy="8507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jou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5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B86A0" w14:textId="77777777" w:rsidR="006C4B7E" w:rsidRPr="00544DB4" w:rsidRDefault="00000000">
      <w:pPr>
        <w:rPr>
          <w:lang w:val="fr-FR"/>
        </w:rPr>
      </w:pPr>
      <w:r w:rsidRPr="00544DB4">
        <w:rPr>
          <w:sz w:val="18"/>
          <w:lang w:val="fr-FR"/>
        </w:rPr>
        <w:t>Survole ce bouton pour faire apparaître le pinceau.</w:t>
      </w:r>
    </w:p>
    <w:p w14:paraId="559887A8" w14:textId="77777777" w:rsidR="006C4B7E" w:rsidRPr="00544DB4" w:rsidRDefault="00000000">
      <w:pPr>
        <w:pStyle w:val="Heading1"/>
        <w:rPr>
          <w:lang w:val="fr-FR"/>
        </w:rPr>
      </w:pPr>
      <w:r w:rsidRPr="00544DB4">
        <w:rPr>
          <w:lang w:val="fr-FR"/>
        </w:rPr>
        <w:t>3   Crée le compteur de points</w:t>
      </w:r>
    </w:p>
    <w:p w14:paraId="57992893" w14:textId="77777777" w:rsidR="006C4B7E" w:rsidRPr="00544DB4" w:rsidRDefault="00000000">
      <w:pPr>
        <w:rPr>
          <w:lang w:val="fr-FR"/>
        </w:rPr>
      </w:pPr>
      <w:r w:rsidRPr="00544DB4">
        <w:rPr>
          <w:lang w:val="fr-FR"/>
        </w:rPr>
        <w:t xml:space="preserve">Dans Code, clique sur Variables, puis sur « Créer une variable ». Écris Score, choisis « Pour tous les </w:t>
      </w:r>
      <w:proofErr w:type="spellStart"/>
      <w:r w:rsidRPr="00544DB4">
        <w:rPr>
          <w:lang w:val="fr-FR"/>
        </w:rPr>
        <w:t>sprites</w:t>
      </w:r>
      <w:proofErr w:type="spellEnd"/>
      <w:r w:rsidRPr="00544DB4">
        <w:rPr>
          <w:lang w:val="fr-FR"/>
        </w:rPr>
        <w:t xml:space="preserve"> » et valide. Coche Score pour afficher le compteur.</w:t>
      </w:r>
    </w:p>
    <w:p w14:paraId="29B66280" w14:textId="77777777" w:rsidR="006C4B7E" w:rsidRDefault="00000000">
      <w:r>
        <w:rPr>
          <w:noProof/>
        </w:rPr>
        <w:drawing>
          <wp:inline distT="0" distB="0" distL="0" distR="0" wp14:anchorId="0076D70F" wp14:editId="6A2518A3">
            <wp:extent cx="3600000" cy="8433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riabl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84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D8CD5" w14:textId="77777777" w:rsidR="006C4B7E" w:rsidRPr="00544DB4" w:rsidRDefault="00000000">
      <w:pPr>
        <w:pStyle w:val="Heading1"/>
        <w:rPr>
          <w:lang w:val="fr-FR"/>
        </w:rPr>
      </w:pPr>
      <w:r w:rsidRPr="00544DB4">
        <w:rPr>
          <w:lang w:val="fr-FR"/>
        </w:rPr>
        <w:t>4   Passe à la programmation</w:t>
      </w:r>
    </w:p>
    <w:p w14:paraId="3840BA65" w14:textId="77777777" w:rsidR="006C4B7E" w:rsidRPr="00544DB4" w:rsidRDefault="00000000">
      <w:pPr>
        <w:rPr>
          <w:lang w:val="fr-FR"/>
        </w:rPr>
      </w:pPr>
      <w:r w:rsidRPr="00544DB4">
        <w:rPr>
          <w:lang w:val="fr-FR"/>
        </w:rPr>
        <w:t>Clique sur le bon lutin, puis sur Code. Fais glisser les blocs de gauche vers la zone centrale et accroche-les. Si un lutin est trop grand, réduis sa Taille sous la scène.</w:t>
      </w:r>
    </w:p>
    <w:p w14:paraId="263B8790" w14:textId="77777777" w:rsidR="006C4B7E" w:rsidRPr="00544DB4" w:rsidRDefault="00000000">
      <w:pPr>
        <w:rPr>
          <w:lang w:val="fr-FR"/>
        </w:rPr>
      </w:pPr>
      <w:r w:rsidRPr="00544DB4">
        <w:rPr>
          <w:sz w:val="18"/>
          <w:lang w:val="fr-FR"/>
        </w:rPr>
        <w:t>Captures de repérage : les noms montrés sont ceux d’un autre exemple. Pour ton jeu, utilise Chat, Cristal et Score.</w:t>
      </w:r>
    </w:p>
    <w:p w14:paraId="54CC751B" w14:textId="77777777" w:rsidR="006C4B7E" w:rsidRPr="00544DB4" w:rsidRDefault="00000000">
      <w:pPr>
        <w:rPr>
          <w:lang w:val="fr-FR"/>
        </w:rPr>
      </w:pPr>
      <w:r w:rsidRPr="00544DB4">
        <w:rPr>
          <w:sz w:val="16"/>
          <w:lang w:val="fr-FR"/>
        </w:rPr>
        <w:t>Source des captures : TECFA, Université de Genève — Exploration de Scratch.</w:t>
      </w:r>
      <w:hyperlink r:id="rId12">
        <w:r w:rsidR="006C4B7E" w:rsidRPr="00544DB4">
          <w:rPr>
            <w:lang w:val="fr-FR"/>
          </w:rPr>
          <w:t xml:space="preserve"> Consulter la source</w:t>
        </w:r>
      </w:hyperlink>
    </w:p>
    <w:p w14:paraId="67FEF881" w14:textId="3BB435F4" w:rsidR="006C4B7E" w:rsidRDefault="006C4B7E"/>
    <w:sectPr w:rsidR="006C4B7E" w:rsidSect="00034616">
      <w:footerReference w:type="default" r:id="rId13"/>
      <w:pgSz w:w="11906" w:h="16838"/>
      <w:pgMar w:top="822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45B931" w14:textId="77777777" w:rsidR="003E596E" w:rsidRDefault="003E596E">
      <w:pPr>
        <w:spacing w:after="0" w:line="240" w:lineRule="auto"/>
      </w:pPr>
      <w:r>
        <w:separator/>
      </w:r>
    </w:p>
  </w:endnote>
  <w:endnote w:type="continuationSeparator" w:id="0">
    <w:p w14:paraId="09394F1E" w14:textId="77777777" w:rsidR="003E596E" w:rsidRDefault="003E5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4276E" w14:textId="77777777" w:rsidR="006C4B7E" w:rsidRDefault="00000000">
    <w:pPr>
      <w:pStyle w:val="Footer"/>
      <w:jc w:val="right"/>
    </w:pPr>
    <w:r>
      <w:rPr>
        <w:sz w:val="16"/>
      </w:rPr>
      <w:t xml:space="preserve">MISSION </w:t>
    </w:r>
    <w:proofErr w:type="gramStart"/>
    <w:r>
      <w:rPr>
        <w:sz w:val="16"/>
      </w:rPr>
      <w:t>CRISTAL  •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5D589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CCC35B" w14:textId="77777777" w:rsidR="003E596E" w:rsidRDefault="003E596E">
      <w:pPr>
        <w:spacing w:after="0" w:line="240" w:lineRule="auto"/>
      </w:pPr>
      <w:r>
        <w:separator/>
      </w:r>
    </w:p>
  </w:footnote>
  <w:footnote w:type="continuationSeparator" w:id="0">
    <w:p w14:paraId="4ABBFE32" w14:textId="77777777" w:rsidR="003E596E" w:rsidRDefault="003E5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1090676">
    <w:abstractNumId w:val="8"/>
  </w:num>
  <w:num w:numId="2" w16cid:durableId="1164935160">
    <w:abstractNumId w:val="6"/>
  </w:num>
  <w:num w:numId="3" w16cid:durableId="29035171">
    <w:abstractNumId w:val="5"/>
  </w:num>
  <w:num w:numId="4" w16cid:durableId="1982735981">
    <w:abstractNumId w:val="4"/>
  </w:num>
  <w:num w:numId="5" w16cid:durableId="679745077">
    <w:abstractNumId w:val="7"/>
  </w:num>
  <w:num w:numId="6" w16cid:durableId="24910630">
    <w:abstractNumId w:val="3"/>
  </w:num>
  <w:num w:numId="7" w16cid:durableId="1913200628">
    <w:abstractNumId w:val="2"/>
  </w:num>
  <w:num w:numId="8" w16cid:durableId="2094617195">
    <w:abstractNumId w:val="1"/>
  </w:num>
  <w:num w:numId="9" w16cid:durableId="17991812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596E"/>
    <w:rsid w:val="00544DB4"/>
    <w:rsid w:val="005B775A"/>
    <w:rsid w:val="005D5897"/>
    <w:rsid w:val="006C4B7E"/>
    <w:rsid w:val="00AA1D8D"/>
    <w:rsid w:val="00B47730"/>
    <w:rsid w:val="00CB0664"/>
    <w:rsid w:val="00DE1D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298DAC"/>
  <w14:defaultImageDpi w14:val="300"/>
  <w15:docId w15:val="{646A44D4-7F90-C04D-B72B-D327393A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color w:val="17244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cfaetu.unige.ch/etu-maltt/zelda/marraff9/stic-2/ex12/scratc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1438</Characters>
  <Application>Microsoft Office Word</Application>
  <DocSecurity>0</DocSecurity>
  <Lines>46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Mission Cristal — Guide pour les enfants</dc:title>
  <dc:subject/>
  <dc:creator>python-docx</dc:creator>
  <cp:keywords/>
  <dc:description>generated by python-docx</dc:description>
  <cp:lastModifiedBy>Sylvain Lopez</cp:lastModifiedBy>
  <cp:revision>2</cp:revision>
  <dcterms:created xsi:type="dcterms:W3CDTF">2026-09-11T06:27:00Z</dcterms:created>
  <dcterms:modified xsi:type="dcterms:W3CDTF">2026-09-11T06:27:00Z</dcterms:modified>
  <cp:category/>
</cp:coreProperties>
</file>