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5865BE" w14:textId="3304B590" w:rsidR="00216D7A" w:rsidRPr="00E63707" w:rsidRDefault="00000000">
      <w:pPr>
        <w:spacing w:after="240"/>
        <w:rPr>
          <w:lang w:val="fr-FR"/>
        </w:rPr>
      </w:pPr>
      <w:r w:rsidRPr="00E63707">
        <w:rPr>
          <w:b/>
          <w:color w:val="284D36"/>
          <w:lang w:val="fr-FR"/>
        </w:rPr>
        <w:t xml:space="preserve">PREMIÈRE STAV AMÉNAGEMENT  </w:t>
      </w:r>
    </w:p>
    <w:p w14:paraId="6043F4CD" w14:textId="77777777" w:rsidR="00216D7A" w:rsidRPr="00E63707" w:rsidRDefault="00000000">
      <w:pPr>
        <w:pStyle w:val="Title"/>
        <w:rPr>
          <w:lang w:val="fr-FR"/>
        </w:rPr>
      </w:pPr>
      <w:r w:rsidRPr="00E63707">
        <w:rPr>
          <w:lang w:val="fr-FR"/>
        </w:rPr>
        <w:t>Suivre les chantiers d’entretien</w:t>
      </w:r>
    </w:p>
    <w:p w14:paraId="2A1340F4" w14:textId="672C7E19" w:rsidR="00216D7A" w:rsidRPr="00E63707" w:rsidRDefault="00000000">
      <w:pPr>
        <w:spacing w:line="240" w:lineRule="exact"/>
        <w:rPr>
          <w:lang w:val="fr-FR"/>
        </w:rPr>
      </w:pPr>
      <w:r w:rsidRPr="00E63707">
        <w:rPr>
          <w:sz w:val="18"/>
          <w:lang w:val="fr-FR"/>
        </w:rPr>
        <w:t xml:space="preserve">Durée : 60 minutes • </w:t>
      </w:r>
      <w:r w:rsidR="00E63707">
        <w:rPr>
          <w:sz w:val="18"/>
          <w:lang w:val="fr-FR"/>
        </w:rPr>
        <w:t>travail individuel</w:t>
      </w:r>
    </w:p>
    <w:p w14:paraId="3FAF9A5F" w14:textId="77777777" w:rsidR="00216D7A" w:rsidRPr="00E63707" w:rsidRDefault="00000000">
      <w:pPr>
        <w:pStyle w:val="Heading1"/>
        <w:rPr>
          <w:lang w:val="fr-FR"/>
        </w:rPr>
      </w:pPr>
      <w:r w:rsidRPr="00E63707">
        <w:rPr>
          <w:lang w:val="fr-FR"/>
        </w:rPr>
        <w:t>Votre mission au service espaces verts</w:t>
      </w:r>
    </w:p>
    <w:p w14:paraId="45EFBC0F" w14:textId="79DD3EFC" w:rsidR="00E63707" w:rsidRDefault="00000000" w:rsidP="008B366A">
      <w:pPr>
        <w:rPr>
          <w:i/>
          <w:iCs/>
          <w:lang w:val="fr-FR"/>
        </w:rPr>
      </w:pPr>
      <w:r w:rsidRPr="00134A3A">
        <w:rPr>
          <w:i/>
          <w:iCs/>
          <w:lang w:val="fr-FR"/>
        </w:rPr>
        <w:t xml:space="preserve">Vous êtes en stage dans un </w:t>
      </w:r>
      <w:r w:rsidRPr="00134A3A">
        <w:rPr>
          <w:b/>
          <w:i/>
          <w:iCs/>
          <w:lang w:val="fr-FR"/>
        </w:rPr>
        <w:t>service intercommunal chargé des espaces verts</w:t>
      </w:r>
      <w:r w:rsidRPr="00134A3A">
        <w:rPr>
          <w:i/>
          <w:iCs/>
          <w:lang w:val="fr-FR"/>
        </w:rPr>
        <w:t xml:space="preserve">. La responsable vous confie le bilan 2025 de </w:t>
      </w:r>
      <w:r w:rsidRPr="00134A3A">
        <w:rPr>
          <w:b/>
          <w:i/>
          <w:iCs/>
          <w:lang w:val="fr-FR"/>
        </w:rPr>
        <w:t>120 sites répartis en six secteurs</w:t>
      </w:r>
      <w:r w:rsidRPr="00134A3A">
        <w:rPr>
          <w:i/>
          <w:iCs/>
          <w:lang w:val="fr-FR"/>
        </w:rPr>
        <w:t>. Votre mission : analyser les interventions, calculer les coûts de main-d’œuvre et repérer les dépassements de budget pour préparer la prochaine campagne d’entretien</w:t>
      </w:r>
    </w:p>
    <w:p w14:paraId="69DBE550" w14:textId="77777777" w:rsidR="00134A3A" w:rsidRPr="00134A3A" w:rsidRDefault="00134A3A" w:rsidP="008B366A">
      <w:pPr>
        <w:rPr>
          <w:i/>
          <w:iCs/>
          <w:lang w:val="fr-FR"/>
        </w:rPr>
      </w:pPr>
    </w:p>
    <w:p w14:paraId="198A327E" w14:textId="6D61D7F9" w:rsidR="00216D7A" w:rsidRPr="00E63707" w:rsidRDefault="00000000">
      <w:pPr>
        <w:pStyle w:val="Heading1"/>
        <w:rPr>
          <w:lang w:val="fr-FR"/>
        </w:rPr>
      </w:pPr>
      <w:r w:rsidRPr="00E63707">
        <w:rPr>
          <w:lang w:val="fr-FR"/>
        </w:rPr>
        <w:t xml:space="preserve">1. Découvrir le dossier - </w:t>
      </w:r>
      <w:r w:rsidR="00E63707">
        <w:rPr>
          <w:lang w:val="fr-FR"/>
        </w:rPr>
        <w:t>1</w:t>
      </w:r>
      <w:r w:rsidRPr="00E63707">
        <w:rPr>
          <w:lang w:val="fr-FR"/>
        </w:rPr>
        <w:t xml:space="preserve"> min</w:t>
      </w:r>
    </w:p>
    <w:p w14:paraId="65BFD666" w14:textId="1C8B82BB" w:rsidR="00216D7A" w:rsidRPr="00E63707" w:rsidRDefault="00000000">
      <w:pPr>
        <w:rPr>
          <w:lang w:val="fr-FR"/>
        </w:rPr>
      </w:pPr>
      <w:r w:rsidRPr="00E63707">
        <w:rPr>
          <w:lang w:val="fr-FR"/>
        </w:rPr>
        <w:t xml:space="preserve">Enregistrez une copie sous </w:t>
      </w:r>
      <w:r w:rsidR="00E63707">
        <w:rPr>
          <w:lang w:val="fr-FR"/>
        </w:rPr>
        <w:t xml:space="preserve">« Espace perso / documents / info / </w:t>
      </w:r>
      <w:r w:rsidRPr="00E63707">
        <w:rPr>
          <w:b/>
          <w:lang w:val="fr-FR"/>
        </w:rPr>
        <w:t>TP_</w:t>
      </w:r>
      <w:r w:rsidR="00E63707">
        <w:rPr>
          <w:b/>
          <w:lang w:val="fr-FR"/>
        </w:rPr>
        <w:t>excel_chantiers_</w:t>
      </w:r>
      <w:r w:rsidRPr="00E63707">
        <w:rPr>
          <w:b/>
          <w:lang w:val="fr-FR"/>
        </w:rPr>
        <w:t>Nom_Pr</w:t>
      </w:r>
      <w:r w:rsidR="00E63707">
        <w:rPr>
          <w:b/>
          <w:lang w:val="fr-FR"/>
        </w:rPr>
        <w:t>enom</w:t>
      </w:r>
      <w:r w:rsidRPr="00E63707">
        <w:rPr>
          <w:b/>
          <w:lang w:val="fr-FR"/>
        </w:rPr>
        <w:t>.xlsx</w:t>
      </w:r>
      <w:r w:rsidR="00E63707">
        <w:rPr>
          <w:lang w:val="fr-FR"/>
        </w:rPr>
        <w:t> »</w:t>
      </w:r>
      <w:r w:rsidRPr="00E63707">
        <w:rPr>
          <w:lang w:val="fr-FR"/>
        </w:rPr>
        <w:t xml:space="preserve"> </w:t>
      </w:r>
    </w:p>
    <w:p w14:paraId="0B9103F7" w14:textId="549C54A1" w:rsidR="00216D7A" w:rsidRPr="00E63707" w:rsidRDefault="00000000">
      <w:pPr>
        <w:pStyle w:val="Heading1"/>
        <w:rPr>
          <w:lang w:val="fr-FR"/>
        </w:rPr>
      </w:pPr>
      <w:r w:rsidRPr="00E63707">
        <w:rPr>
          <w:lang w:val="fr-FR"/>
        </w:rPr>
        <w:t xml:space="preserve">2. </w:t>
      </w:r>
      <w:r w:rsidR="00E63707" w:rsidRPr="00E63707">
        <w:rPr>
          <w:lang w:val="fr-FR"/>
        </w:rPr>
        <w:t>Automatiser les calculs</w:t>
      </w:r>
      <w:r w:rsidR="00E63707">
        <w:rPr>
          <w:lang w:val="fr-FR"/>
        </w:rPr>
        <w:t xml:space="preserve"> - 6 min</w:t>
      </w:r>
    </w:p>
    <w:p w14:paraId="5551C656" w14:textId="75ACA0C2" w:rsidR="00216D7A" w:rsidRPr="00E63707" w:rsidRDefault="00E63707">
      <w:pPr>
        <w:rPr>
          <w:lang w:val="fr-FR"/>
        </w:rPr>
      </w:pPr>
      <w:r>
        <w:rPr>
          <w:lang w:val="fr-FR"/>
        </w:rPr>
        <w:t xml:space="preserve">Remplissez votre tableau avec les informations suivantes : </w:t>
      </w:r>
      <w:r w:rsidRPr="00E63707">
        <w:rPr>
          <w:b/>
          <w:lang w:val="fr-FR"/>
        </w:rPr>
        <w:t>heures de travail = nombre d’agents × durée de l’équipe</w:t>
      </w:r>
      <w:r w:rsidRPr="00E63707">
        <w:rPr>
          <w:lang w:val="fr-FR"/>
        </w:rPr>
        <w:t xml:space="preserve"> ; </w:t>
      </w:r>
      <w:r w:rsidRPr="00E63707">
        <w:rPr>
          <w:b/>
          <w:lang w:val="fr-FR"/>
        </w:rPr>
        <w:t>coût = heures de travail × coût horaire par agent</w:t>
      </w:r>
      <w:r w:rsidRPr="00E63707">
        <w:rPr>
          <w:lang w:val="fr-FR"/>
        </w:rPr>
        <w:t xml:space="preserve"> ; </w:t>
      </w:r>
      <w:r w:rsidRPr="00E63707">
        <w:rPr>
          <w:b/>
          <w:lang w:val="fr-FR"/>
        </w:rPr>
        <w:t>écart = budget prévu − coût</w:t>
      </w:r>
      <w:r w:rsidRPr="00E63707">
        <w:rPr>
          <w:lang w:val="fr-FR"/>
        </w:rPr>
        <w:t>. Un écart négatif signale un dépassement.</w:t>
      </w:r>
    </w:p>
    <w:p w14:paraId="0141C559" w14:textId="304A8653" w:rsidR="00216D7A" w:rsidRPr="00E63707" w:rsidRDefault="00E63707">
      <w:pPr>
        <w:pStyle w:val="Heading1"/>
        <w:rPr>
          <w:lang w:val="fr-FR"/>
        </w:rPr>
      </w:pPr>
      <w:r>
        <w:rPr>
          <w:lang w:val="fr-FR"/>
        </w:rPr>
        <w:t>3</w:t>
      </w:r>
      <w:r w:rsidRPr="00E63707">
        <w:rPr>
          <w:lang w:val="fr-FR"/>
        </w:rPr>
        <w:t>. Repérer les dépassements - 8 min</w:t>
      </w:r>
    </w:p>
    <w:p w14:paraId="5FC5D4DA" w14:textId="360FDA05" w:rsidR="00E63707" w:rsidRPr="00E63707" w:rsidRDefault="00E63707" w:rsidP="00E63707">
      <w:pPr>
        <w:rPr>
          <w:lang w:val="fr-FR"/>
        </w:rPr>
      </w:pPr>
      <w:r>
        <w:rPr>
          <w:lang w:val="fr-FR"/>
        </w:rPr>
        <w:t>Pour le suivi budgétaire</w:t>
      </w:r>
      <w:r w:rsidRPr="00E63707">
        <w:rPr>
          <w:lang w:val="fr-FR"/>
        </w:rPr>
        <w:t xml:space="preserve">, affichez </w:t>
      </w:r>
      <w:r w:rsidRPr="00E63707">
        <w:rPr>
          <w:b/>
          <w:lang w:val="fr-FR"/>
        </w:rPr>
        <w:t>« Dépassement » si le coût est strictement supérieur au budget</w:t>
      </w:r>
      <w:r w:rsidRPr="00E63707">
        <w:rPr>
          <w:lang w:val="fr-FR"/>
        </w:rPr>
        <w:t xml:space="preserve">, sinon « Budget respecté ». </w:t>
      </w:r>
    </w:p>
    <w:p w14:paraId="7DFB8DA8" w14:textId="4E866B39" w:rsidR="00216D7A" w:rsidRPr="00E63707" w:rsidRDefault="00E63707">
      <w:pPr>
        <w:pStyle w:val="Heading1"/>
        <w:rPr>
          <w:lang w:val="fr-FR"/>
        </w:rPr>
      </w:pPr>
      <w:r>
        <w:rPr>
          <w:lang w:val="fr-FR"/>
        </w:rPr>
        <w:t>4</w:t>
      </w:r>
      <w:r w:rsidRPr="00E63707">
        <w:rPr>
          <w:lang w:val="fr-FR"/>
        </w:rPr>
        <w:t>. Compléter le bilan de la campagne - 1</w:t>
      </w:r>
      <w:r w:rsidR="00151ACE">
        <w:rPr>
          <w:lang w:val="fr-FR"/>
        </w:rPr>
        <w:t>7</w:t>
      </w:r>
      <w:r w:rsidRPr="00E63707">
        <w:rPr>
          <w:lang w:val="fr-FR"/>
        </w:rPr>
        <w:t xml:space="preserve"> min</w:t>
      </w:r>
    </w:p>
    <w:p w14:paraId="36766363" w14:textId="7D03FA7C" w:rsidR="00216D7A" w:rsidRPr="00E63707" w:rsidRDefault="00000000">
      <w:pPr>
        <w:rPr>
          <w:lang w:val="fr-FR"/>
        </w:rPr>
      </w:pPr>
      <w:r w:rsidRPr="00E63707">
        <w:rPr>
          <w:lang w:val="fr-FR"/>
        </w:rPr>
        <w:t>Complétez la colonne Q</w:t>
      </w:r>
      <w:r w:rsidR="008B366A">
        <w:rPr>
          <w:lang w:val="fr-FR"/>
        </w:rPr>
        <w:t>.</w:t>
      </w:r>
    </w:p>
    <w:p w14:paraId="76CFA274" w14:textId="77777777" w:rsidR="00216D7A" w:rsidRPr="00E63707" w:rsidRDefault="00000000">
      <w:pPr>
        <w:spacing w:line="240" w:lineRule="exact"/>
        <w:rPr>
          <w:lang w:val="fr-FR"/>
        </w:rPr>
      </w:pPr>
      <w:r w:rsidRPr="00E63707">
        <w:rPr>
          <w:b/>
          <w:sz w:val="18"/>
          <w:lang w:val="fr-FR"/>
        </w:rPr>
        <w:t>Attention :</w:t>
      </w:r>
      <w:r w:rsidRPr="00E63707">
        <w:rPr>
          <w:sz w:val="18"/>
          <w:lang w:val="fr-FR"/>
        </w:rPr>
        <w:t xml:space="preserve"> additionner les surfaces des passages ne donne pas la surface du patrimoine. Une pelouse de 1 000 m² tondue dix fois représente 10 000 m² de passages cumulés.</w:t>
      </w:r>
    </w:p>
    <w:p w14:paraId="6AC29CF5" w14:textId="05583275" w:rsidR="00216D7A" w:rsidRPr="00E63707" w:rsidRDefault="00000000">
      <w:pPr>
        <w:rPr>
          <w:lang w:val="fr-FR"/>
        </w:rPr>
      </w:pPr>
      <w:r w:rsidRPr="00E63707">
        <w:rPr>
          <w:lang w:val="fr-FR"/>
        </w:rPr>
        <w:t xml:space="preserve">En </w:t>
      </w:r>
      <w:r w:rsidRPr="00E63707">
        <w:rPr>
          <w:b/>
          <w:lang w:val="fr-FR"/>
        </w:rPr>
        <w:t>Q</w:t>
      </w:r>
      <w:r w:rsidR="008B366A">
        <w:rPr>
          <w:b/>
          <w:lang w:val="fr-FR"/>
        </w:rPr>
        <w:t>8</w:t>
      </w:r>
      <w:r w:rsidRPr="00E63707">
        <w:rPr>
          <w:lang w:val="fr-FR"/>
        </w:rPr>
        <w:t xml:space="preserve">, comptez les mentions « Dépassement ». En </w:t>
      </w:r>
      <w:r w:rsidRPr="00E63707">
        <w:rPr>
          <w:b/>
          <w:lang w:val="fr-FR"/>
        </w:rPr>
        <w:t>Q</w:t>
      </w:r>
      <w:r w:rsidR="008B366A">
        <w:rPr>
          <w:b/>
          <w:lang w:val="fr-FR"/>
        </w:rPr>
        <w:t>9</w:t>
      </w:r>
      <w:r w:rsidRPr="00E63707">
        <w:rPr>
          <w:lang w:val="fr-FR"/>
        </w:rPr>
        <w:t>, divisez ce nombre par le nombre total d’interventions et appliquez le format pourcentage à une décimale. Expliquez sur votre copie pourquoi ce résultat concerne des interventions, et non des sites différents.</w:t>
      </w:r>
    </w:p>
    <w:p w14:paraId="470C41DD" w14:textId="56905751" w:rsidR="00216D7A" w:rsidRPr="00E63707" w:rsidRDefault="00151ACE">
      <w:pPr>
        <w:pStyle w:val="Heading1"/>
        <w:rPr>
          <w:lang w:val="fr-FR"/>
        </w:rPr>
      </w:pPr>
      <w:r>
        <w:rPr>
          <w:lang w:val="fr-FR"/>
        </w:rPr>
        <w:t>5</w:t>
      </w:r>
      <w:r w:rsidRPr="00E63707">
        <w:rPr>
          <w:lang w:val="fr-FR"/>
        </w:rPr>
        <w:t>. Étudier un secteur - 7 min</w:t>
      </w:r>
    </w:p>
    <w:p w14:paraId="3C47937A" w14:textId="1478C76C" w:rsidR="00216D7A" w:rsidRPr="00E63707" w:rsidRDefault="00000000">
      <w:pPr>
        <w:rPr>
          <w:lang w:val="fr-FR"/>
        </w:rPr>
      </w:pPr>
      <w:r w:rsidRPr="00E63707">
        <w:rPr>
          <w:lang w:val="fr-FR"/>
        </w:rPr>
        <w:t xml:space="preserve">En </w:t>
      </w:r>
      <w:r w:rsidRPr="00E63707">
        <w:rPr>
          <w:b/>
          <w:lang w:val="fr-FR"/>
        </w:rPr>
        <w:t>Q1</w:t>
      </w:r>
      <w:r w:rsidR="00DD5AD6">
        <w:rPr>
          <w:b/>
          <w:lang w:val="fr-FR"/>
        </w:rPr>
        <w:t>0</w:t>
      </w:r>
      <w:r w:rsidRPr="00E63707">
        <w:rPr>
          <w:lang w:val="fr-FR"/>
        </w:rPr>
        <w:t xml:space="preserve">, calculez la surface cumulée des passages du secteur </w:t>
      </w:r>
      <w:r w:rsidRPr="00E63707">
        <w:rPr>
          <w:b/>
          <w:lang w:val="fr-FR"/>
        </w:rPr>
        <w:t>Nord</w:t>
      </w:r>
      <w:r w:rsidRPr="00E63707">
        <w:rPr>
          <w:lang w:val="fr-FR"/>
        </w:rPr>
        <w:t xml:space="preserve"> </w:t>
      </w:r>
      <w:r w:rsidR="008B366A">
        <w:rPr>
          <w:lang w:val="fr-FR"/>
        </w:rPr>
        <w:t>(indices :</w:t>
      </w:r>
      <w:r w:rsidRPr="00E63707">
        <w:rPr>
          <w:lang w:val="fr-FR"/>
        </w:rPr>
        <w:t xml:space="preserve"> SOMME.SI : critère en C, surfaces en F</w:t>
      </w:r>
      <w:r w:rsidR="008B366A">
        <w:rPr>
          <w:lang w:val="fr-FR"/>
        </w:rPr>
        <w:t>)</w:t>
      </w:r>
      <w:r w:rsidRPr="00E63707">
        <w:rPr>
          <w:lang w:val="fr-FR"/>
        </w:rPr>
        <w:t xml:space="preserve">. </w:t>
      </w:r>
      <w:r w:rsidR="008B366A">
        <w:rPr>
          <w:lang w:val="fr-FR"/>
        </w:rPr>
        <w:t>Par la suite</w:t>
      </w:r>
      <w:r w:rsidRPr="00E63707">
        <w:rPr>
          <w:lang w:val="fr-FR"/>
        </w:rPr>
        <w:t xml:space="preserve"> le tableau </w:t>
      </w:r>
      <w:r w:rsidR="008B366A">
        <w:rPr>
          <w:lang w:val="fr-FR"/>
        </w:rPr>
        <w:t xml:space="preserve">ne devra </w:t>
      </w:r>
      <w:r w:rsidRPr="00E63707">
        <w:rPr>
          <w:lang w:val="fr-FR"/>
        </w:rPr>
        <w:t xml:space="preserve">afficher </w:t>
      </w:r>
      <w:r w:rsidR="008B366A">
        <w:rPr>
          <w:lang w:val="fr-FR"/>
        </w:rPr>
        <w:t xml:space="preserve">que </w:t>
      </w:r>
      <w:r w:rsidR="008B366A" w:rsidRPr="008B366A">
        <w:rPr>
          <w:b/>
          <w:bCs/>
          <w:lang w:val="fr-FR"/>
        </w:rPr>
        <w:t>Nord</w:t>
      </w:r>
      <w:r w:rsidRPr="00E63707">
        <w:rPr>
          <w:lang w:val="fr-FR"/>
        </w:rPr>
        <w:t xml:space="preserve"> et </w:t>
      </w:r>
      <w:r w:rsidRPr="00E63707">
        <w:rPr>
          <w:b/>
          <w:lang w:val="fr-FR"/>
        </w:rPr>
        <w:t>« Dépassement »</w:t>
      </w:r>
      <w:r w:rsidRPr="00E63707">
        <w:rPr>
          <w:lang w:val="fr-FR"/>
        </w:rPr>
        <w:t xml:space="preserve">. Relevez sur votre copie le numéro, la date, l’opération et le coût d’une intervention visible. </w:t>
      </w:r>
      <w:r w:rsidR="008B366A">
        <w:rPr>
          <w:lang w:val="fr-FR"/>
        </w:rPr>
        <w:t>Remettez le tableau avec l’ensembles des donnés</w:t>
      </w:r>
    </w:p>
    <w:p w14:paraId="6BF42967" w14:textId="1BB7FE50" w:rsidR="00216D7A" w:rsidRPr="00E63707" w:rsidRDefault="00151ACE">
      <w:pPr>
        <w:pStyle w:val="Heading1"/>
        <w:rPr>
          <w:lang w:val="fr-FR"/>
        </w:rPr>
      </w:pPr>
      <w:r>
        <w:rPr>
          <w:lang w:val="fr-FR"/>
        </w:rPr>
        <w:t>6</w:t>
      </w:r>
      <w:r w:rsidRPr="00E63707">
        <w:rPr>
          <w:lang w:val="fr-FR"/>
        </w:rPr>
        <w:t>. Présenter votre conclusion - 5 min</w:t>
      </w:r>
    </w:p>
    <w:p w14:paraId="10E540C4" w14:textId="5461127F" w:rsidR="00216D7A" w:rsidRPr="00E63707" w:rsidRDefault="00000000">
      <w:pPr>
        <w:rPr>
          <w:lang w:val="fr-FR"/>
        </w:rPr>
      </w:pPr>
      <w:r w:rsidRPr="00E63707">
        <w:rPr>
          <w:lang w:val="fr-FR"/>
        </w:rPr>
        <w:t xml:space="preserve">Rédigez </w:t>
      </w:r>
      <w:r w:rsidR="008B366A">
        <w:rPr>
          <w:b/>
          <w:lang w:val="fr-FR"/>
        </w:rPr>
        <w:t>quelques</w:t>
      </w:r>
      <w:r w:rsidRPr="00E63707">
        <w:rPr>
          <w:b/>
          <w:lang w:val="fr-FR"/>
        </w:rPr>
        <w:t xml:space="preserve"> phrases</w:t>
      </w:r>
      <w:r w:rsidRPr="00E63707">
        <w:rPr>
          <w:lang w:val="fr-FR"/>
        </w:rPr>
        <w:t xml:space="preserve"> : comparez le coût total au budget et commentez la proportion de dépassements ; proposez une vérification avant de modifier le planning ; expliquez pourquoi le budget ne suffit pas pour choisir entre tonte et fauche (usages, sécurité, biodiversité). Enregistrez et rendez votre fichier et vos réponses écrites.</w:t>
      </w:r>
    </w:p>
    <w:p w14:paraId="75F356C4" w14:textId="77777777" w:rsidR="00C715AB" w:rsidRDefault="00C715AB">
      <w:pPr>
        <w:pStyle w:val="Heading1"/>
        <w:rPr>
          <w:color w:val="000000" w:themeColor="text1"/>
          <w:lang w:val="fr-FR"/>
        </w:rPr>
      </w:pPr>
    </w:p>
    <w:p w14:paraId="45F26BB4" w14:textId="593233A0" w:rsidR="00216D7A" w:rsidRPr="00C715AB" w:rsidRDefault="00000000">
      <w:pPr>
        <w:pStyle w:val="Heading1"/>
        <w:rPr>
          <w:color w:val="000000" w:themeColor="text1"/>
          <w:lang w:val="fr-FR"/>
        </w:rPr>
      </w:pPr>
      <w:r w:rsidRPr="00C715AB">
        <w:rPr>
          <w:color w:val="000000" w:themeColor="text1"/>
          <w:lang w:val="fr-FR"/>
        </w:rPr>
        <w:t>Aide à utiliser si nécessaire</w:t>
      </w:r>
    </w:p>
    <w:tbl>
      <w:tblPr>
        <w:tblStyle w:val="GridTable3-Accent5"/>
        <w:tblW w:w="0" w:type="auto"/>
        <w:tblLayout w:type="fixed"/>
        <w:tblLook w:val="04A0" w:firstRow="1" w:lastRow="0" w:firstColumn="1" w:lastColumn="0" w:noHBand="0" w:noVBand="1"/>
      </w:tblPr>
      <w:tblGrid>
        <w:gridCol w:w="2480"/>
        <w:gridCol w:w="7740"/>
      </w:tblGrid>
      <w:tr w:rsidR="00216D7A" w:rsidRPr="00DD5AD6" w14:paraId="44758FC9" w14:textId="77777777" w:rsidTr="00C715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80" w:type="dxa"/>
          </w:tcPr>
          <w:p w14:paraId="02ACEC31" w14:textId="77777777" w:rsidR="00216D7A" w:rsidRDefault="00000000">
            <w:pPr>
              <w:spacing w:after="0" w:line="240" w:lineRule="exact"/>
            </w:pPr>
            <w:r>
              <w:rPr>
                <w:b w:val="0"/>
                <w:sz w:val="18"/>
              </w:rPr>
              <w:t>Tester</w:t>
            </w:r>
          </w:p>
        </w:tc>
        <w:tc>
          <w:tcPr>
            <w:tcW w:w="7740" w:type="dxa"/>
          </w:tcPr>
          <w:p w14:paraId="3EEDD0F1" w14:textId="77777777" w:rsidR="00216D7A" w:rsidRPr="00E63707" w:rsidRDefault="00000000">
            <w:pPr>
              <w:spacing w:after="0" w:line="24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00E63707">
              <w:rPr>
                <w:b w:val="0"/>
                <w:sz w:val="18"/>
                <w:lang w:val="fr-FR"/>
              </w:rPr>
              <w:t>=</w:t>
            </w:r>
            <w:proofErr w:type="gramStart"/>
            <w:r w:rsidRPr="00E63707">
              <w:rPr>
                <w:b w:val="0"/>
                <w:sz w:val="18"/>
                <w:lang w:val="fr-FR"/>
              </w:rPr>
              <w:t>SI(</w:t>
            </w:r>
            <w:proofErr w:type="spellStart"/>
            <w:proofErr w:type="gramEnd"/>
            <w:r w:rsidRPr="00E63707">
              <w:rPr>
                <w:b w:val="0"/>
                <w:sz w:val="18"/>
                <w:lang w:val="fr-FR"/>
              </w:rPr>
              <w:t>test_</w:t>
            </w:r>
            <w:proofErr w:type="gramStart"/>
            <w:r w:rsidRPr="00E63707">
              <w:rPr>
                <w:b w:val="0"/>
                <w:sz w:val="18"/>
                <w:lang w:val="fr-FR"/>
              </w:rPr>
              <w:t>logique;valeur</w:t>
            </w:r>
            <w:proofErr w:type="gramEnd"/>
            <w:r w:rsidRPr="00E63707">
              <w:rPr>
                <w:b w:val="0"/>
                <w:sz w:val="18"/>
                <w:lang w:val="fr-FR"/>
              </w:rPr>
              <w:t>_si_</w:t>
            </w:r>
            <w:proofErr w:type="gramStart"/>
            <w:r w:rsidRPr="00E63707">
              <w:rPr>
                <w:b w:val="0"/>
                <w:sz w:val="18"/>
                <w:lang w:val="fr-FR"/>
              </w:rPr>
              <w:t>vrai;valeur</w:t>
            </w:r>
            <w:proofErr w:type="gramEnd"/>
            <w:r w:rsidRPr="00E63707">
              <w:rPr>
                <w:b w:val="0"/>
                <w:sz w:val="18"/>
                <w:lang w:val="fr-FR"/>
              </w:rPr>
              <w:t>_si_faux</w:t>
            </w:r>
            <w:proofErr w:type="spellEnd"/>
            <w:r w:rsidRPr="00E63707">
              <w:rPr>
                <w:b w:val="0"/>
                <w:sz w:val="18"/>
                <w:lang w:val="fr-FR"/>
              </w:rPr>
              <w:t>)</w:t>
            </w:r>
          </w:p>
        </w:tc>
      </w:tr>
      <w:tr w:rsidR="00216D7A" w:rsidRPr="00DD5AD6" w14:paraId="757F13B2" w14:textId="77777777" w:rsidTr="00C71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</w:tcPr>
          <w:p w14:paraId="6D19E184" w14:textId="77777777" w:rsidR="00216D7A" w:rsidRDefault="00000000">
            <w:pPr>
              <w:spacing w:after="0" w:line="240" w:lineRule="exact"/>
            </w:pPr>
            <w:proofErr w:type="spellStart"/>
            <w:r>
              <w:rPr>
                <w:sz w:val="18"/>
              </w:rPr>
              <w:t>Compter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résumer</w:t>
            </w:r>
            <w:proofErr w:type="spellEnd"/>
          </w:p>
        </w:tc>
        <w:tc>
          <w:tcPr>
            <w:tcW w:w="7740" w:type="dxa"/>
          </w:tcPr>
          <w:p w14:paraId="14ED7A72" w14:textId="77777777" w:rsidR="00216D7A" w:rsidRPr="00E63707" w:rsidRDefault="00000000">
            <w:pPr>
              <w:spacing w:after="0"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  <w:r w:rsidRPr="00E63707">
              <w:rPr>
                <w:sz w:val="18"/>
                <w:lang w:val="fr-FR"/>
              </w:rPr>
              <w:t>=</w:t>
            </w:r>
            <w:proofErr w:type="gramStart"/>
            <w:r w:rsidRPr="00E63707">
              <w:rPr>
                <w:sz w:val="18"/>
                <w:lang w:val="fr-FR"/>
              </w:rPr>
              <w:t>NB(</w:t>
            </w:r>
            <w:proofErr w:type="gramEnd"/>
            <w:r w:rsidRPr="00E63707">
              <w:rPr>
                <w:sz w:val="18"/>
                <w:lang w:val="fr-FR"/>
              </w:rPr>
              <w:t>plage) ; =</w:t>
            </w:r>
            <w:proofErr w:type="gramStart"/>
            <w:r w:rsidRPr="00E63707">
              <w:rPr>
                <w:sz w:val="18"/>
                <w:lang w:val="fr-FR"/>
              </w:rPr>
              <w:t>SOMME(</w:t>
            </w:r>
            <w:proofErr w:type="gramEnd"/>
            <w:r w:rsidRPr="00E63707">
              <w:rPr>
                <w:sz w:val="18"/>
                <w:lang w:val="fr-FR"/>
              </w:rPr>
              <w:t>plage) ; =</w:t>
            </w:r>
            <w:proofErr w:type="gramStart"/>
            <w:r w:rsidRPr="00E63707">
              <w:rPr>
                <w:sz w:val="18"/>
                <w:lang w:val="fr-FR"/>
              </w:rPr>
              <w:t>MOYENNE(</w:t>
            </w:r>
            <w:proofErr w:type="gramEnd"/>
            <w:r w:rsidRPr="00E63707">
              <w:rPr>
                <w:sz w:val="18"/>
                <w:lang w:val="fr-FR"/>
              </w:rPr>
              <w:t>plage)</w:t>
            </w:r>
          </w:p>
        </w:tc>
      </w:tr>
      <w:tr w:rsidR="00216D7A" w:rsidRPr="00DD5AD6" w14:paraId="0BF8CE97" w14:textId="77777777" w:rsidTr="00C715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</w:tcPr>
          <w:p w14:paraId="27237AEB" w14:textId="77777777" w:rsidR="00216D7A" w:rsidRDefault="00000000">
            <w:pPr>
              <w:spacing w:after="0" w:line="240" w:lineRule="exact"/>
            </w:pPr>
            <w:proofErr w:type="spellStart"/>
            <w:r>
              <w:rPr>
                <w:sz w:val="18"/>
              </w:rPr>
              <w:t>Compter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selon</w:t>
            </w:r>
            <w:proofErr w:type="spellEnd"/>
            <w:r>
              <w:rPr>
                <w:sz w:val="18"/>
              </w:rPr>
              <w:t xml:space="preserve"> un </w:t>
            </w:r>
            <w:proofErr w:type="spellStart"/>
            <w:r>
              <w:rPr>
                <w:sz w:val="18"/>
              </w:rPr>
              <w:t>critère</w:t>
            </w:r>
            <w:proofErr w:type="spellEnd"/>
          </w:p>
        </w:tc>
        <w:tc>
          <w:tcPr>
            <w:tcW w:w="7740" w:type="dxa"/>
          </w:tcPr>
          <w:p w14:paraId="172F4863" w14:textId="77777777" w:rsidR="00216D7A" w:rsidRPr="00E63707" w:rsidRDefault="00000000">
            <w:pPr>
              <w:spacing w:after="0"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00E63707">
              <w:rPr>
                <w:sz w:val="18"/>
                <w:lang w:val="fr-FR"/>
              </w:rPr>
              <w:t>=</w:t>
            </w:r>
            <w:proofErr w:type="gramStart"/>
            <w:r w:rsidRPr="00E63707">
              <w:rPr>
                <w:sz w:val="18"/>
                <w:lang w:val="fr-FR"/>
              </w:rPr>
              <w:t>NB.SI(</w:t>
            </w:r>
            <w:proofErr w:type="spellStart"/>
            <w:r w:rsidRPr="00E63707">
              <w:rPr>
                <w:sz w:val="18"/>
                <w:lang w:val="fr-FR"/>
              </w:rPr>
              <w:t>plage;</w:t>
            </w:r>
            <w:proofErr w:type="gramEnd"/>
            <w:r w:rsidRPr="00E63707">
              <w:rPr>
                <w:sz w:val="18"/>
                <w:lang w:val="fr-FR"/>
              </w:rPr>
              <w:t>"texte</w:t>
            </w:r>
            <w:proofErr w:type="spellEnd"/>
            <w:r w:rsidRPr="00E63707">
              <w:rPr>
                <w:sz w:val="18"/>
                <w:lang w:val="fr-FR"/>
              </w:rPr>
              <w:t xml:space="preserve"> recherché")</w:t>
            </w:r>
          </w:p>
        </w:tc>
      </w:tr>
      <w:tr w:rsidR="00216D7A" w:rsidRPr="00DD5AD6" w14:paraId="6BC1D9AE" w14:textId="77777777" w:rsidTr="00C71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0" w:type="dxa"/>
          </w:tcPr>
          <w:p w14:paraId="631A3B6A" w14:textId="77777777" w:rsidR="00216D7A" w:rsidRDefault="00000000">
            <w:pPr>
              <w:spacing w:after="0" w:line="240" w:lineRule="exact"/>
            </w:pPr>
            <w:proofErr w:type="spellStart"/>
            <w:r>
              <w:rPr>
                <w:sz w:val="18"/>
              </w:rPr>
              <w:t>Additionner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selon</w:t>
            </w:r>
            <w:proofErr w:type="spellEnd"/>
            <w:r>
              <w:rPr>
                <w:sz w:val="18"/>
              </w:rPr>
              <w:t xml:space="preserve"> un </w:t>
            </w:r>
            <w:proofErr w:type="spellStart"/>
            <w:r>
              <w:rPr>
                <w:sz w:val="18"/>
              </w:rPr>
              <w:t>critère</w:t>
            </w:r>
            <w:proofErr w:type="spellEnd"/>
          </w:p>
        </w:tc>
        <w:tc>
          <w:tcPr>
            <w:tcW w:w="7740" w:type="dxa"/>
          </w:tcPr>
          <w:p w14:paraId="00663312" w14:textId="77777777" w:rsidR="00216D7A" w:rsidRPr="00E63707" w:rsidRDefault="00000000">
            <w:pPr>
              <w:spacing w:after="0"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  <w:r w:rsidRPr="00E63707">
              <w:rPr>
                <w:sz w:val="18"/>
                <w:lang w:val="fr-FR"/>
              </w:rPr>
              <w:t>=</w:t>
            </w:r>
            <w:proofErr w:type="gramStart"/>
            <w:r w:rsidRPr="00E63707">
              <w:rPr>
                <w:sz w:val="18"/>
                <w:lang w:val="fr-FR"/>
              </w:rPr>
              <w:t>SOMME.SI(</w:t>
            </w:r>
            <w:proofErr w:type="gramEnd"/>
            <w:r w:rsidRPr="00E63707">
              <w:rPr>
                <w:sz w:val="18"/>
                <w:lang w:val="fr-FR"/>
              </w:rPr>
              <w:t>plage_du_</w:t>
            </w:r>
            <w:proofErr w:type="gramStart"/>
            <w:r w:rsidRPr="00E63707">
              <w:rPr>
                <w:sz w:val="18"/>
                <w:lang w:val="fr-FR"/>
              </w:rPr>
              <w:t>critère;</w:t>
            </w:r>
            <w:proofErr w:type="gramEnd"/>
            <w:r w:rsidRPr="00E63707">
              <w:rPr>
                <w:sz w:val="18"/>
                <w:lang w:val="fr-FR"/>
              </w:rPr>
              <w:t>"texte</w:t>
            </w:r>
            <w:proofErr w:type="gramStart"/>
            <w:r w:rsidRPr="00E63707">
              <w:rPr>
                <w:sz w:val="18"/>
                <w:lang w:val="fr-FR"/>
              </w:rPr>
              <w:t>";</w:t>
            </w:r>
            <w:proofErr w:type="spellStart"/>
            <w:r w:rsidRPr="00E63707">
              <w:rPr>
                <w:sz w:val="18"/>
                <w:lang w:val="fr-FR"/>
              </w:rPr>
              <w:t>plage</w:t>
            </w:r>
            <w:proofErr w:type="gramEnd"/>
            <w:r w:rsidRPr="00E63707">
              <w:rPr>
                <w:sz w:val="18"/>
                <w:lang w:val="fr-FR"/>
              </w:rPr>
              <w:t>_à_additionner</w:t>
            </w:r>
            <w:proofErr w:type="spellEnd"/>
            <w:r w:rsidRPr="00E63707">
              <w:rPr>
                <w:sz w:val="18"/>
                <w:lang w:val="fr-FR"/>
              </w:rPr>
              <w:t>)</w:t>
            </w:r>
          </w:p>
        </w:tc>
      </w:tr>
    </w:tbl>
    <w:p w14:paraId="06C8E57F" w14:textId="77777777" w:rsidR="00216D7A" w:rsidRPr="00E63707" w:rsidRDefault="00216D7A">
      <w:pPr>
        <w:spacing w:after="0" w:line="100" w:lineRule="exact"/>
        <w:rPr>
          <w:lang w:val="fr-FR"/>
        </w:rPr>
      </w:pPr>
    </w:p>
    <w:p w14:paraId="6418EF9C" w14:textId="64934032" w:rsidR="00216D7A" w:rsidRPr="00E63707" w:rsidRDefault="00000000">
      <w:pPr>
        <w:spacing w:line="240" w:lineRule="exact"/>
        <w:rPr>
          <w:lang w:val="fr-FR"/>
        </w:rPr>
      </w:pPr>
      <w:r w:rsidRPr="00E63707">
        <w:rPr>
          <w:sz w:val="18"/>
          <w:lang w:val="fr-FR"/>
        </w:rPr>
        <w:t>Une plage s’écrit</w:t>
      </w:r>
      <w:r w:rsidR="00CE2F46">
        <w:rPr>
          <w:sz w:val="18"/>
          <w:lang w:val="fr-FR"/>
        </w:rPr>
        <w:t xml:space="preserve"> </w:t>
      </w:r>
      <w:r w:rsidR="00CE2F46">
        <w:t>F2:F2401</w:t>
      </w:r>
      <w:r w:rsidRPr="00E63707">
        <w:rPr>
          <w:sz w:val="18"/>
          <w:lang w:val="fr-FR"/>
        </w:rPr>
        <w:t>. Utilisez des guillemets autour des textes et le point-virgule entre les arguments dans Excel en français.</w:t>
      </w:r>
    </w:p>
    <w:sectPr w:rsidR="00216D7A" w:rsidRPr="00E63707" w:rsidSect="00034616">
      <w:footerReference w:type="default" r:id="rId8"/>
      <w:pgSz w:w="11906" w:h="16838"/>
      <w:pgMar w:top="780" w:right="840" w:bottom="800" w:left="840" w:header="72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3C99B7" w14:textId="77777777" w:rsidR="000352C2" w:rsidRDefault="000352C2">
      <w:pPr>
        <w:spacing w:after="0" w:line="240" w:lineRule="auto"/>
      </w:pPr>
      <w:r>
        <w:separator/>
      </w:r>
    </w:p>
  </w:endnote>
  <w:endnote w:type="continuationSeparator" w:id="0">
    <w:p w14:paraId="1CAD3EB2" w14:textId="77777777" w:rsidR="000352C2" w:rsidRDefault="00035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80BE7D" w14:textId="77777777" w:rsidR="00216D7A" w:rsidRPr="00E63707" w:rsidRDefault="00000000">
    <w:pPr>
      <w:pStyle w:val="Footer"/>
      <w:tabs>
        <w:tab w:val="left" w:pos="10020"/>
      </w:tabs>
      <w:rPr>
        <w:lang w:val="fr-FR"/>
      </w:rPr>
    </w:pPr>
    <w:r w:rsidRPr="00E63707">
      <w:rPr>
        <w:sz w:val="16"/>
        <w:lang w:val="fr-FR"/>
      </w:rPr>
      <w:t>TP élève - Gestion des espaces verts - 1 h</w:t>
    </w:r>
    <w:r w:rsidRPr="00E63707">
      <w:rPr>
        <w:lang w:val="fr-FR"/>
      </w:rPr>
      <w:tab/>
    </w:r>
    <w:r>
      <w:fldChar w:fldCharType="begin"/>
    </w:r>
    <w:r w:rsidRPr="00E63707">
      <w:rPr>
        <w:lang w:val="fr-FR"/>
      </w:rPr>
      <w:instrText>PAGE</w:instrText>
    </w:r>
    <w:r>
      <w:fldChar w:fldCharType="separate"/>
    </w:r>
    <w:r w:rsidR="00E63707" w:rsidRPr="00E63707">
      <w:rPr>
        <w:noProof/>
        <w:lang w:val="fr-FR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CA6989" w14:textId="77777777" w:rsidR="000352C2" w:rsidRDefault="000352C2">
      <w:pPr>
        <w:spacing w:after="0" w:line="240" w:lineRule="auto"/>
      </w:pPr>
      <w:r>
        <w:separator/>
      </w:r>
    </w:p>
  </w:footnote>
  <w:footnote w:type="continuationSeparator" w:id="0">
    <w:p w14:paraId="5A84353D" w14:textId="77777777" w:rsidR="000352C2" w:rsidRDefault="00035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2666923">
    <w:abstractNumId w:val="8"/>
  </w:num>
  <w:num w:numId="2" w16cid:durableId="1820462382">
    <w:abstractNumId w:val="6"/>
  </w:num>
  <w:num w:numId="3" w16cid:durableId="2136559707">
    <w:abstractNumId w:val="5"/>
  </w:num>
  <w:num w:numId="4" w16cid:durableId="666446259">
    <w:abstractNumId w:val="4"/>
  </w:num>
  <w:num w:numId="5" w16cid:durableId="774788864">
    <w:abstractNumId w:val="7"/>
  </w:num>
  <w:num w:numId="6" w16cid:durableId="774322414">
    <w:abstractNumId w:val="3"/>
  </w:num>
  <w:num w:numId="7" w16cid:durableId="24065381">
    <w:abstractNumId w:val="2"/>
  </w:num>
  <w:num w:numId="8" w16cid:durableId="1984505429">
    <w:abstractNumId w:val="1"/>
  </w:num>
  <w:num w:numId="9" w16cid:durableId="12310382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52C2"/>
    <w:rsid w:val="0006063C"/>
    <w:rsid w:val="00134A3A"/>
    <w:rsid w:val="0015074B"/>
    <w:rsid w:val="00151ACE"/>
    <w:rsid w:val="00216D7A"/>
    <w:rsid w:val="0029639D"/>
    <w:rsid w:val="003029F8"/>
    <w:rsid w:val="003039D9"/>
    <w:rsid w:val="00326F90"/>
    <w:rsid w:val="003D1595"/>
    <w:rsid w:val="008B366A"/>
    <w:rsid w:val="00AA1D8D"/>
    <w:rsid w:val="00B47730"/>
    <w:rsid w:val="00C715AB"/>
    <w:rsid w:val="00CB0664"/>
    <w:rsid w:val="00CE2F46"/>
    <w:rsid w:val="00DD5AD6"/>
    <w:rsid w:val="00E637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08C95B"/>
  <w14:defaultImageDpi w14:val="300"/>
  <w15:docId w15:val="{39240C05-5089-F24F-BB26-4B4588A4A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80" w:lineRule="exact"/>
    </w:pPr>
    <w:rPr>
      <w:rFonts w:ascii="Arial" w:hAnsi="Arial"/>
      <w:color w:val="24352D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/>
      <w:outlineLvl w:val="0"/>
    </w:pPr>
    <w:rPr>
      <w:rFonts w:asciiTheme="majorHAnsi" w:eastAsiaTheme="majorEastAsia" w:hAnsiTheme="majorHAnsi" w:cstheme="majorBidi"/>
      <w:b/>
      <w:bCs/>
      <w:color w:val="284D36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84D36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eGridLight">
    <w:name w:val="Grid Table Light"/>
    <w:basedOn w:val="TableNormal"/>
    <w:uiPriority w:val="99"/>
    <w:rsid w:val="00C715A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C715AB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715AB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715AB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3">
    <w:name w:val="Grid Table 2 Accent 3"/>
    <w:basedOn w:val="TableNormal"/>
    <w:uiPriority w:val="47"/>
    <w:rsid w:val="00C715AB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715AB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715AB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715AB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-Accent1">
    <w:name w:val="Grid Table 3 Accent 1"/>
    <w:basedOn w:val="TableNormal"/>
    <w:uiPriority w:val="48"/>
    <w:rsid w:val="00C715A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4-Accent3">
    <w:name w:val="Grid Table 4 Accent 3"/>
    <w:basedOn w:val="TableNormal"/>
    <w:uiPriority w:val="49"/>
    <w:rsid w:val="00C715AB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3-Accent5">
    <w:name w:val="Grid Table 3 Accent 5"/>
    <w:basedOn w:val="TableNormal"/>
    <w:uiPriority w:val="48"/>
    <w:rsid w:val="00C715AB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420</Words>
  <Characters>2278</Characters>
  <Application>Microsoft Office Word</Application>
  <DocSecurity>0</DocSecurity>
  <Lines>45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Suivre les chantiers d’entretien - Première STAV aménagement</vt:lpstr>
    </vt:vector>
  </TitlesOfParts>
  <Manager/>
  <Company/>
  <LinksUpToDate>false</LinksUpToDate>
  <CharactersWithSpaces>2664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Suivre les chantiers d’entretien - Première STAV aménagement</dc:title>
  <dc:subject/>
  <dc:creator/>
  <cp:keywords/>
  <dc:description>generated by python-docx</dc:description>
  <cp:lastModifiedBy>Sylvain Lopez</cp:lastModifiedBy>
  <cp:revision>7</cp:revision>
  <dcterms:created xsi:type="dcterms:W3CDTF">2013-12-23T23:15:00Z</dcterms:created>
  <dcterms:modified xsi:type="dcterms:W3CDTF">2026-09-27T23:58:00Z</dcterms:modified>
  <cp:category/>
</cp:coreProperties>
</file>